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 xml:space="preserve">Suceava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B4AB000" w14:textId="77777777" w:rsidR="00C675B0" w:rsidRDefault="00C675B0">
            <w:pPr>
              <w:keepNext/>
            </w:pPr>
            <w:r>
              <w:t xml:space="preserve">Comuna Ipotești</w:t>
            </w: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4A68101F" w14:textId="77777777" w:rsidR="00C675B0" w:rsidRDefault="00C675B0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  <w:p>
            <w:pPr>
              <w:keepNext/>
            </w:pP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spacing w:after="80"/>
            </w:pPr>
          </w:p>
          <w:p w14:paraId="21AC0B1A" w14:textId="77777777" w:rsidR="00C675B0" w:rsidRDefault="00C675B0">
            <w:pPr>
              <w:spacing w:after="80"/>
            </w:pPr>
          </w:p>
          <w:p w14:paraId="6032B54B" w14:textId="77777777" w:rsidR="00C675B0" w:rsidRDefault="00C675B0">
            <w:pP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849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849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