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45CC5" w14:paraId="740BFD6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888DD26" w14:textId="77777777" w:rsidR="00945CC5" w:rsidRDefault="00FA7758">
            <w:pPr>
              <w:keepNext/>
              <w:jc w:val="center"/>
            </w:pPr>
            <w:proofErr w:type="spellStart"/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proofErr w:type="spellEnd"/>
          </w:p>
        </w:tc>
        <w:tc>
          <w:tcPr>
            <w:tcW w:w="8030" w:type="dxa"/>
            <w:gridSpan w:val="3"/>
            <w:shd w:val="clear" w:color="auto" w:fill="F0F0F0"/>
          </w:tcPr>
          <w:p w14:paraId="5598AFA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D968F80" w14:textId="77777777" w:rsidR="00945CC5" w:rsidRDefault="00945CC5">
            <w:pPr>
              <w:keepNext/>
            </w:pPr>
            <w:r>
              <w:t xml:space="preserve">Suceava</w:t>
            </w:r>
          </w:p>
        </w:tc>
      </w:tr>
      <w:tr w:rsidR="00945CC5" w14:paraId="04C0E3D8" w14:textId="77777777">
        <w:trPr>
          <w:cantSplit/>
          <w:trHeight w:val="510"/>
        </w:trPr>
        <w:tc>
          <w:tcPr>
            <w:tcW w:w="1606" w:type="dxa"/>
            <w:vMerge/>
          </w:tcPr>
          <w:p w14:paraId="0B0686A9" w14:textId="77777777" w:rsidR="00945CC5" w:rsidRDefault="00945CC5"/>
        </w:tc>
        <w:tc>
          <w:tcPr>
            <w:tcW w:w="8030" w:type="dxa"/>
            <w:gridSpan w:val="3"/>
            <w:shd w:val="clear" w:color="auto" w:fill="F0F0F0"/>
          </w:tcPr>
          <w:p w14:paraId="1468B44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0FD8A1B9" w14:textId="77777777" w:rsidR="00945CC5" w:rsidRDefault="00945CC5">
            <w:pPr>
              <w:keepNext/>
            </w:pPr>
            <w:r>
              <w:t xml:space="preserve">Comuna Ipotești</w:t>
            </w:r>
          </w:p>
        </w:tc>
      </w:tr>
      <w:tr w:rsidR="00945CC5" w14:paraId="28C754E9" w14:textId="77777777">
        <w:trPr>
          <w:cantSplit/>
          <w:trHeight w:val="510"/>
        </w:trPr>
        <w:tc>
          <w:tcPr>
            <w:tcW w:w="1606" w:type="dxa"/>
            <w:vMerge/>
          </w:tcPr>
          <w:p w14:paraId="76F17A55" w14:textId="77777777" w:rsidR="00945CC5" w:rsidRDefault="00945CC5"/>
        </w:tc>
        <w:tc>
          <w:tcPr>
            <w:tcW w:w="2409" w:type="dxa"/>
            <w:shd w:val="clear" w:color="auto" w:fill="F0F0F0"/>
          </w:tcPr>
          <w:p w14:paraId="28EEF6CE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(CIF)</w:t>
            </w:r>
          </w:p>
          <w:p w14:paraId="727F1446" w14:textId="77777777" w:rsidR="00945CC5" w:rsidRPr="003E706D" w:rsidRDefault="00945CC5">
            <w:pPr>
              <w:keepNext/>
              <w:rPr>
                <w:lang w:val="fr-FR"/>
              </w:rPr>
            </w:pPr>
            <w:r>
              <w:t xml:space="preserve">4244172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1039C0A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3F728E3B" w14:textId="77777777" w:rsidR="00945CC5" w:rsidRDefault="00945CC5">
            <w:pPr>
              <w:keepNext/>
            </w:pPr>
            <w:r>
              <w:t xml:space="preserve">Județul Suceava, Comuna Ipotești, Strada Mihai Viteazu, Nr. 54 · 0230525501 · contact@primariaipotesti.ro</w:t>
            </w:r>
          </w:p>
          <w:p>
            <w:pPr>
              <w:keepNext/>
            </w:pPr>
          </w:p>
        </w:tc>
      </w:tr>
      <w:tr w:rsidR="00945CC5" w14:paraId="0E07E085" w14:textId="77777777">
        <w:trPr>
          <w:cantSplit/>
          <w:trHeight w:val="510"/>
        </w:trPr>
        <w:tc>
          <w:tcPr>
            <w:tcW w:w="1606" w:type="dxa"/>
            <w:vMerge/>
          </w:tcPr>
          <w:p w14:paraId="02114291" w14:textId="77777777" w:rsidR="00945CC5" w:rsidRDefault="00945CC5"/>
        </w:tc>
        <w:tc>
          <w:tcPr>
            <w:tcW w:w="4818" w:type="dxa"/>
            <w:gridSpan w:val="2"/>
            <w:shd w:val="clear" w:color="auto" w:fill="F0F0F0"/>
          </w:tcPr>
          <w:p w14:paraId="6B3378E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354E0" w14:textId="77777777" w:rsidR="00945CC5" w:rsidRDefault="00945CC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ACBDD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9ED41F3" w14:textId="77777777" w:rsidR="00945CC5" w:rsidRDefault="00945CC5">
            <w:pPr>
              <w:keepNext/>
            </w:pPr>
          </w:p>
        </w:tc>
      </w:tr>
      <w:tr w:rsidR="00945CC5" w:rsidRPr="004E6AFA" w14:paraId="4466244E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F3D0E9A" w14:textId="77777777" w:rsidR="00945CC5" w:rsidRPr="003E706D" w:rsidRDefault="00FA7758">
            <w:pPr>
              <w:rPr>
                <w:lang w:val="fr-FR"/>
              </w:rPr>
            </w:pPr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E706D">
              <w:rPr>
                <w:i/>
                <w:color w:val="595959"/>
                <w:lang w:val="fr-FR"/>
              </w:rPr>
              <w:t>se</w:t>
            </w:r>
            <w:proofErr w:type="gram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scrie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în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E0F6F3E" w14:textId="77777777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09778574" w14:textId="77777777">
        <w:trPr>
          <w:cantSplit/>
        </w:trPr>
        <w:tc>
          <w:tcPr>
            <w:tcW w:w="9636" w:type="dxa"/>
            <w:shd w:val="clear" w:color="auto" w:fill="F4F4F4"/>
          </w:tcPr>
          <w:p w14:paraId="73907F7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 w14:paraId="238566F9" w14:textId="77777777">
        <w:trPr>
          <w:cantSplit/>
          <w:trHeight w:val="510"/>
        </w:trPr>
        <w:tc>
          <w:tcPr>
            <w:tcW w:w="9636" w:type="dxa"/>
          </w:tcPr>
          <w:p w14:paraId="494758A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121E520" w14:textId="77777777" w:rsidR="00945CC5" w:rsidRPr="003E706D" w:rsidRDefault="00FA7758">
            <w:pPr>
              <w:keepNext/>
              <w:rPr>
                <w:lang w:val="fr-FR"/>
              </w:rPr>
            </w:pPr>
            <w:r>
              <w:rPr>
                <w:lang w:val="fr-FR"/>
              </w:rPr>
              <w:t xml:space="preserve">Primăria Comunei Ipotești</w:t>
            </w:r>
          </w:p>
          <w:p w14:paraId="1C5FD545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</w:tr>
      <w:tr w:rsidR="00945CC5" w:rsidRPr="004E6AFA" w14:paraId="66E960AE" w14:textId="77777777">
        <w:trPr>
          <w:cantSplit/>
        </w:trPr>
        <w:tc>
          <w:tcPr>
            <w:tcW w:w="9636" w:type="dxa"/>
            <w:shd w:val="clear" w:color="auto" w:fill="F4F4F4"/>
          </w:tcPr>
          <w:p w14:paraId="4FCC2D0E" w14:textId="77777777"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președintele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județean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general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de </w:t>
            </w:r>
            <w:proofErr w:type="spellStart"/>
            <w:r w:rsidRPr="003E706D">
              <w:rPr>
                <w:lang w:val="fr-FR"/>
              </w:rPr>
              <w:t>sector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sau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municipiului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orașului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comunei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după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caz</w:t>
            </w:r>
            <w:proofErr w:type="spellEnd"/>
            <w:r w:rsidRPr="003E706D">
              <w:rPr>
                <w:lang w:val="fr-FR"/>
              </w:rPr>
              <w:t>.</w:t>
            </w:r>
          </w:p>
        </w:tc>
      </w:tr>
    </w:tbl>
    <w:p w14:paraId="222ED0F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 w14:paraId="5DF6A76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912B6A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 w14:paraId="7A5DF9D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5D8905F" w14:textId="77777777"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14:paraId="3027571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043F6BF" w14:textId="77777777" w:rsidR="00945CC5" w:rsidRDefault="00945CC5">
            <w:pPr>
              <w:keepNext/>
            </w:pPr>
          </w:p>
        </w:tc>
      </w:tr>
      <w:tr w:rsidR="00945CC5" w14:paraId="6AC454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46A213" w14:textId="77777777"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4A0D8B3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49A60C37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22F74DF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14:paraId="71A34F2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120513B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FD9088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4299A9A" w14:textId="77777777" w:rsidR="00945CC5" w:rsidRDefault="00945CC5">
            <w:pPr>
              <w:keepNext/>
            </w:pPr>
          </w:p>
        </w:tc>
      </w:tr>
      <w:tr w:rsidR="00945CC5" w14:paraId="455316C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450A83E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 w14:paraId="5650FA4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70EEA63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14:paraId="6242870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D42A75B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711B0E0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F6C0D8" w14:textId="77777777" w:rsidR="00945CC5" w:rsidRDefault="00945CC5">
            <w:pPr>
              <w:keepNext/>
            </w:pPr>
          </w:p>
        </w:tc>
      </w:tr>
      <w:tr w:rsidR="00945CC5" w14:paraId="0883C6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3D197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7A9CF27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20F8FA8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A070FC0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BF40BF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3C7D07E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3A53A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14B0FEB5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283480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52730F08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147B67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3CEDB8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11C9DF2F" w14:textId="77777777" w:rsidR="00945CC5" w:rsidRDefault="00945CC5">
            <w:pPr>
              <w:keepNext/>
            </w:pPr>
          </w:p>
        </w:tc>
      </w:tr>
      <w:tr w:rsidR="00945CC5" w14:paraId="50CD544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265A73B" w14:textId="77777777"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 w14:paraId="12A0BD9C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2628F0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2FD6B8A" w14:textId="77777777"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14:paraId="4F13336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EA8891C" w14:textId="77777777" w:rsidR="00945CC5" w:rsidRDefault="00945CC5">
            <w:pPr>
              <w:keepNext/>
            </w:pPr>
          </w:p>
        </w:tc>
      </w:tr>
      <w:tr w:rsidR="00945CC5" w14:paraId="1F67BD8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96B342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 w14:paraId="0D454C9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3EDD4294" w14:textId="77777777" w:rsidR="00945CC5" w:rsidRDefault="00945CC5"/>
        </w:tc>
        <w:tc>
          <w:tcPr>
            <w:tcW w:w="3212" w:type="dxa"/>
            <w:gridSpan w:val="2"/>
          </w:tcPr>
          <w:p w14:paraId="494FF803" w14:textId="77777777" w:rsidR="00945CC5" w:rsidRDefault="00FA7758">
            <w:r>
              <w:rPr>
                <w:b/>
                <w:color w:val="0D5F78"/>
              </w:rPr>
              <w:t>CUI / CIF</w:t>
            </w:r>
          </w:p>
          <w:p w14:paraId="1BEA7989" w14:textId="77777777" w:rsidR="00945CC5" w:rsidRDefault="00945CC5"/>
        </w:tc>
      </w:tr>
    </w:tbl>
    <w:p w14:paraId="369741AD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4E6AFA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Default="00FA7758">
            <w:r>
              <w:rPr>
                <w:b/>
                <w:color w:val="0D5F78"/>
              </w:rPr>
              <w:t>Nr.</w:t>
            </w:r>
          </w:p>
          <w:p w14:paraId="26A8ADF7" w14:textId="77777777" w:rsidR="00945CC5" w:rsidRDefault="00945CC5"/>
        </w:tc>
        <w:tc>
          <w:tcPr>
            <w:tcW w:w="1606" w:type="dxa"/>
          </w:tcPr>
          <w:p w14:paraId="3026A8C9" w14:textId="77777777" w:rsidR="00945CC5" w:rsidRDefault="00FA7758">
            <w:r>
              <w:rPr>
                <w:b/>
                <w:color w:val="0D5F78"/>
              </w:rPr>
              <w:t>Din data</w:t>
            </w:r>
          </w:p>
          <w:p w14:paraId="5625E881" w14:textId="77777777" w:rsidR="00945CC5" w:rsidRDefault="00945CC5"/>
        </w:tc>
        <w:tc>
          <w:tcPr>
            <w:tcW w:w="2409" w:type="dxa"/>
          </w:tcPr>
          <w:p w14:paraId="075593A1" w14:textId="77777777" w:rsidR="00945CC5" w:rsidRDefault="00FA7758">
            <w:proofErr w:type="spellStart"/>
            <w:r>
              <w:rPr>
                <w:b/>
                <w:color w:val="0D5F78"/>
              </w:rPr>
              <w:t>Termen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14:paraId="790D3724" w14:textId="77777777" w:rsidR="00945CC5" w:rsidRDefault="00945CC5"/>
        </w:tc>
        <w:tc>
          <w:tcPr>
            <w:tcW w:w="4015" w:type="dxa"/>
          </w:tcPr>
          <w:p w14:paraId="0B094E00" w14:textId="77777777"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F021B74" w14:textId="77777777" w:rsidR="00945CC5" w:rsidRDefault="00945CC5"/>
        </w:tc>
      </w:tr>
    </w:tbl>
    <w:p w14:paraId="6576559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4FC99F0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49AA71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C538F2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6B2675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D665FF3" w14:textId="77777777" w:rsidR="00945CC5" w:rsidRDefault="00945CC5">
            <w:pPr>
              <w:keepNext/>
            </w:pPr>
          </w:p>
        </w:tc>
      </w:tr>
      <w:tr w:rsidR="00945CC5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759EFD5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14:paraId="5052AAC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E6F4E05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F10DD9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51210DF" w14:textId="77777777" w:rsidR="00945CC5" w:rsidRDefault="00945CC5">
            <w:pPr>
              <w:keepNext/>
            </w:pPr>
          </w:p>
        </w:tc>
        <w:tc>
          <w:tcPr>
            <w:tcW w:w="2409" w:type="dxa"/>
          </w:tcPr>
          <w:p w14:paraId="411E102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395DA904" w14:textId="77777777" w:rsidR="00945CC5" w:rsidRDefault="00945CC5">
            <w:pPr>
              <w:keepNext/>
            </w:pPr>
          </w:p>
        </w:tc>
      </w:tr>
      <w:tr w:rsidR="00945CC5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14:paraId="3AF20A6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e-Terra</w:t>
            </w:r>
          </w:p>
          <w:p w14:paraId="7286E3B7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7FB9B48" w14:textId="77777777" w:rsidR="00945CC5" w:rsidRDefault="00945CC5">
            <w:pPr>
              <w:keepNext/>
            </w:pPr>
          </w:p>
        </w:tc>
      </w:tr>
      <w:tr w:rsidR="00945CC5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77777777" w:rsidR="00945CC5" w:rsidRDefault="00FA77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D5E42A5" w14:textId="77777777"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și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14:paraId="6DBB5635" w14:textId="77777777"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14:paraId="2C3182FB" w14:textId="7446FCB0" w:rsidR="00945CC5" w:rsidRDefault="00FA7758">
      <w:pPr>
        <w:spacing w:after="120"/>
        <w:jc w:val="center"/>
      </w:pPr>
      <w:proofErr w:type="spellStart"/>
      <w:r>
        <w:rPr>
          <w:sz w:val="19"/>
        </w:rPr>
        <w:t>în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vederea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realizării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p w14:paraId="027A92FB" w14:textId="77777777" w:rsidR="00945CC5" w:rsidRDefault="00945CC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</w:t>
            </w:r>
            <w:r>
              <w:rPr>
                <w:b/>
                <w:color w:val="000000"/>
                <w:sz w:val="18"/>
              </w:rPr>
              <w:t>ICĂRILE DE TEMĂ SOLICITATE</w:t>
            </w:r>
          </w:p>
        </w:tc>
      </w:tr>
      <w:tr w:rsidR="00945CC5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58F95BED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71486E82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2F5F517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Default="00FA775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7AC8D2C1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 w:rsidR="003E706D"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     </w:t>
            </w:r>
          </w:p>
        </w:tc>
      </w:tr>
      <w:tr w:rsidR="00945CC5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14:paraId="2587A78E" w14:textId="77777777"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14:paraId="6033B50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3AB56B9F" w14:textId="77777777" w:rsidR="00945CC5" w:rsidRDefault="00945CC5">
            <w:pPr>
              <w:keepNext/>
            </w:pPr>
          </w:p>
        </w:tc>
      </w:tr>
      <w:tr w:rsidR="00945CC5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9F7938F" w14:textId="77777777" w:rsidR="00945CC5" w:rsidRDefault="00945CC5"/>
        </w:tc>
        <w:tc>
          <w:tcPr>
            <w:tcW w:w="1606" w:type="dxa"/>
          </w:tcPr>
          <w:p w14:paraId="59E4B71B" w14:textId="77777777" w:rsidR="00945CC5" w:rsidRDefault="00FA7758">
            <w:r>
              <w:rPr>
                <w:b/>
                <w:color w:val="0D5F78"/>
              </w:rPr>
              <w:t>Nr. TNA</w:t>
            </w:r>
          </w:p>
          <w:p w14:paraId="36515EB3" w14:textId="77777777" w:rsidR="00945CC5" w:rsidRDefault="00945CC5"/>
        </w:tc>
        <w:tc>
          <w:tcPr>
            <w:tcW w:w="4015" w:type="dxa"/>
          </w:tcPr>
          <w:p w14:paraId="6AAAD556" w14:textId="77777777"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6C73C0E" w14:textId="77777777" w:rsidR="00945CC5" w:rsidRDefault="00945CC5"/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89EA516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2930213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6784913" w14:textId="77777777" w:rsidR="00945CC5" w:rsidRDefault="00945CC5">
            <w:pPr>
              <w:keepNext/>
            </w:pPr>
          </w:p>
        </w:tc>
      </w:tr>
      <w:tr w:rsidR="00945CC5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03B95E1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38F1D8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FFA898" w14:textId="77777777" w:rsidR="00945CC5" w:rsidRDefault="00945CC5">
            <w:pPr>
              <w:keepNext/>
            </w:pPr>
          </w:p>
        </w:tc>
      </w:tr>
      <w:tr w:rsidR="00945CC5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BB348F7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0803026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680C924" w14:textId="77777777" w:rsidR="00945CC5" w:rsidRDefault="00945CC5">
            <w:pPr>
              <w:keepNext/>
            </w:pPr>
          </w:p>
        </w:tc>
      </w:tr>
      <w:tr w:rsidR="00945CC5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6E92343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68FAC4F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763FD4A" w14:textId="77777777" w:rsidR="00945CC5" w:rsidRDefault="00945CC5">
            <w:pPr>
              <w:keepNext/>
            </w:pPr>
          </w:p>
        </w:tc>
      </w:tr>
      <w:tr w:rsidR="00945CC5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BFE415A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141E13C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0E8A8E8" w14:textId="77777777" w:rsidR="00945CC5" w:rsidRDefault="00945CC5">
            <w:pPr>
              <w:keepNext/>
            </w:pPr>
          </w:p>
        </w:tc>
      </w:tr>
      <w:tr w:rsidR="00945CC5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Default="00FA7758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4CDA516A" w14:textId="77777777" w:rsidR="00945CC5" w:rsidRDefault="00945CC5"/>
        </w:tc>
        <w:tc>
          <w:tcPr>
            <w:tcW w:w="4015" w:type="dxa"/>
          </w:tcPr>
          <w:p w14:paraId="6E723FF9" w14:textId="77777777"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0D25F3" w14:textId="77777777" w:rsidR="00945CC5" w:rsidRDefault="00945CC5"/>
        </w:tc>
      </w:tr>
    </w:tbl>
    <w:p w14:paraId="53172F93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 xml:space="preserve">VALORI ȘI </w:t>
            </w:r>
            <w:r>
              <w:rPr>
                <w:b/>
                <w:color w:val="000000"/>
                <w:sz w:val="18"/>
              </w:rPr>
              <w:t>DURATĂ</w:t>
            </w:r>
          </w:p>
        </w:tc>
      </w:tr>
      <w:tr w:rsidR="00945CC5" w:rsidRPr="004E6AFA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1E0E077C" w14:textId="77777777" w:rsidR="00945CC5" w:rsidRDefault="00945CC5"/>
        </w:tc>
        <w:tc>
          <w:tcPr>
            <w:tcW w:w="3212" w:type="dxa"/>
          </w:tcPr>
          <w:p w14:paraId="1B41F458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4C4794B5" w14:textId="77777777" w:rsidR="00945CC5" w:rsidRDefault="00945CC5"/>
        </w:tc>
        <w:tc>
          <w:tcPr>
            <w:tcW w:w="2409" w:type="dxa"/>
          </w:tcPr>
          <w:p w14:paraId="7120BB31" w14:textId="77777777"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14:paraId="0FBA4608" w14:textId="77777777" w:rsidR="00945CC5" w:rsidRPr="003E706D" w:rsidRDefault="00945CC5">
            <w:pPr>
              <w:rPr>
                <w:lang w:val="fr-FR"/>
              </w:rPr>
            </w:pPr>
          </w:p>
        </w:tc>
      </w:tr>
    </w:tbl>
    <w:p w14:paraId="1AB368D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 w14:paraId="1596EB4C" w14:textId="77777777">
        <w:trPr>
          <w:cantSplit/>
        </w:trPr>
        <w:tc>
          <w:tcPr>
            <w:tcW w:w="9636" w:type="dxa"/>
          </w:tcPr>
          <w:p w14:paraId="793F89D0" w14:textId="65510A20" w:rsidR="00945CC5" w:rsidRPr="004E6AFA" w:rsidRDefault="00FA7758">
            <w:pPr>
              <w:keepNext/>
            </w:pPr>
            <w:r w:rsidRPr="004E6AFA">
              <w:rPr>
                <w:sz w:val="16"/>
              </w:rPr>
              <w:t>☐</w:t>
            </w:r>
            <w:r w:rsidRPr="004E6AFA">
              <w:rPr>
                <w:sz w:val="16"/>
              </w:rPr>
              <w:t xml:space="preserve">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</w:t>
            </w:r>
            <w:proofErr w:type="gramStart"/>
            <w:r w:rsidR="004E6AFA" w:rsidRPr="004E6AFA">
              <w:rPr>
                <w:sz w:val="16"/>
              </w:rPr>
              <w:t>a</w:t>
            </w:r>
            <w:proofErr w:type="gram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 w14:paraId="3D45D87D" w14:textId="77777777">
        <w:trPr>
          <w:cantSplit/>
        </w:trPr>
        <w:tc>
          <w:tcPr>
            <w:tcW w:w="9636" w:type="dxa"/>
          </w:tcPr>
          <w:p w14:paraId="59CD8A77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consecințe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</w:t>
            </w:r>
            <w:r w:rsidRPr="003E706D">
              <w:rPr>
                <w:sz w:val="16"/>
                <w:lang w:val="fr-FR"/>
              </w:rPr>
              <w:t>e)</w:t>
            </w:r>
          </w:p>
        </w:tc>
      </w:tr>
      <w:tr w:rsidR="00945CC5" w:rsidRPr="004E6AFA" w14:paraId="78A8F12E" w14:textId="77777777">
        <w:trPr>
          <w:cantSplit/>
        </w:trPr>
        <w:tc>
          <w:tcPr>
            <w:tcW w:w="9636" w:type="dxa"/>
          </w:tcPr>
          <w:p w14:paraId="3B8F0469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emitenții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</w:t>
            </w:r>
            <w:proofErr w:type="gramStart"/>
            <w:r w:rsidRPr="003E706D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945CC5" w:rsidRPr="004E6AFA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28E58600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 w14:paraId="618B1178" w14:textId="77777777">
        <w:trPr>
          <w:cantSplit/>
        </w:trPr>
        <w:tc>
          <w:tcPr>
            <w:tcW w:w="9636" w:type="dxa"/>
          </w:tcPr>
          <w:p w14:paraId="5F29CC2F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d) </w:t>
            </w:r>
            <w:proofErr w:type="spellStart"/>
            <w:r w:rsidRPr="003E706D">
              <w:rPr>
                <w:sz w:val="16"/>
                <w:lang w:val="fr-FR"/>
              </w:rPr>
              <w:t>autorizația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desființare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inițială</w:t>
            </w:r>
            <w:proofErr w:type="spellEnd"/>
            <w:r w:rsidRPr="003E706D">
              <w:rPr>
                <w:sz w:val="16"/>
                <w:lang w:val="fr-FR"/>
              </w:rPr>
              <w:t xml:space="preserve"> și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 w14:paraId="7F04706F" w14:textId="77777777">
        <w:trPr>
          <w:cantSplit/>
        </w:trPr>
        <w:tc>
          <w:tcPr>
            <w:tcW w:w="9636" w:type="dxa"/>
          </w:tcPr>
          <w:p w14:paraId="1DD454CC" w14:textId="77777777"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  <w:r w:rsidRPr="003E706D">
              <w:rPr>
                <w:sz w:val="16"/>
                <w:lang w:val="fr-FR"/>
              </w:rPr>
              <w:t xml:space="preserve">     </w:t>
            </w:r>
          </w:p>
          <w:p w14:paraId="2F2A261A" w14:textId="2D367933"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gramStart"/>
            <w:r w:rsidRPr="003E706D">
              <w:rPr>
                <w:sz w:val="16"/>
                <w:lang w:val="fr-FR"/>
              </w:rPr>
              <w:t xml:space="preserve">copie)   </w:t>
            </w:r>
            <w:proofErr w:type="gramEnd"/>
            <w:r w:rsidRPr="003E706D">
              <w:rPr>
                <w:sz w:val="16"/>
                <w:lang w:val="fr-FR"/>
              </w:rPr>
              <w:t xml:space="preserve">  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</w:t>
            </w:r>
            <w:r w:rsidRPr="003E706D">
              <w:rPr>
                <w:i/>
                <w:sz w:val="17"/>
                <w:lang w:val="fr-FR"/>
              </w:rPr>
              <w:t>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și exacte și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3E706D">
              <w:rPr>
                <w:i/>
                <w:sz w:val="17"/>
                <w:lang w:val="fr-FR"/>
              </w:rPr>
              <w:t>stabilește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 xml:space="preserve">(2) din </w:t>
            </w:r>
            <w:proofErr w:type="spellStart"/>
            <w:r>
              <w:rPr>
                <w:i/>
                <w:sz w:val="17"/>
              </w:rPr>
              <w:t>Lege</w:t>
            </w:r>
            <w:r w:rsidR="00A71320">
              <w:rPr>
                <w:i/>
                <w:sz w:val="17"/>
              </w:rPr>
              <w:t>a</w:t>
            </w:r>
            <w:proofErr w:type="spellEnd"/>
            <w:r w:rsidR="00A71320">
              <w:rPr>
                <w:i/>
                <w:sz w:val="17"/>
              </w:rPr>
              <w:t xml:space="preserve"> </w:t>
            </w:r>
            <w:r w:rsidR="00A71320" w:rsidRPr="00A71320">
              <w:rPr>
                <w:i/>
                <w:sz w:val="17"/>
              </w:rPr>
              <w:t>nr. 169/2026</w:t>
            </w:r>
            <w:bookmarkStart w:id="0" w:name="_GoBack"/>
            <w:bookmarkEnd w:id="0"/>
            <w:r>
              <w:rPr>
                <w:i/>
                <w:sz w:val="17"/>
              </w:rPr>
              <w:t>.</w:t>
            </w:r>
          </w:p>
        </w:tc>
      </w:tr>
    </w:tbl>
    <w:p w14:paraId="43E68B1F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</w:t>
            </w:r>
            <w:r>
              <w:rPr>
                <w:b/>
                <w:color w:val="000000"/>
                <w:sz w:val="18"/>
              </w:rPr>
              <w:t>TA ȘI SEMNĂTURA</w:t>
            </w:r>
          </w:p>
        </w:tc>
      </w:tr>
      <w:tr w:rsidR="00945CC5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Default="00FA7758">
            <w:r>
              <w:rPr>
                <w:b/>
                <w:color w:val="0D5F78"/>
              </w:rPr>
              <w:t>Data</w:t>
            </w:r>
          </w:p>
          <w:p w14:paraId="73E03F31" w14:textId="77777777" w:rsidR="00945CC5" w:rsidRDefault="00945CC5"/>
        </w:tc>
        <w:tc>
          <w:tcPr>
            <w:tcW w:w="4818" w:type="dxa"/>
          </w:tcPr>
          <w:p w14:paraId="7CE53D19" w14:textId="77777777"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165E37E" w14:textId="77777777" w:rsidR="00945CC5" w:rsidRDefault="00945CC5"/>
        </w:tc>
        <w:tc>
          <w:tcPr>
            <w:tcW w:w="3212" w:type="dxa"/>
          </w:tcPr>
          <w:p w14:paraId="3CD5128B" w14:textId="77777777"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5353A0F" w14:textId="77777777" w:rsidR="00945CC5" w:rsidRDefault="00945CC5"/>
        </w:tc>
      </w:tr>
    </w:tbl>
    <w:p w14:paraId="276A9619" w14:textId="77777777" w:rsidR="00945CC5" w:rsidRDefault="00945CC5">
      <w:pPr>
        <w:spacing w:line="168" w:lineRule="auto"/>
      </w:pPr>
    </w:p>
    <w:sectPr w:rsidR="00945CC5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C645BC" w14:textId="77777777" w:rsidR="00FA7758" w:rsidRDefault="00FA7758">
      <w:r>
        <w:separator/>
      </w:r>
    </w:p>
  </w:endnote>
  <w:endnote w:type="continuationSeparator" w:id="0">
    <w:p w14:paraId="7C09CDE6" w14:textId="77777777" w:rsidR="00FA7758" w:rsidRDefault="00FA7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70161" w14:textId="1BD49E66" w:rsidR="00945CC5" w:rsidRDefault="00FA7758">
    <w:pPr>
      <w:pStyle w:val="Footer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E706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E706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64EB7" w14:textId="77777777" w:rsidR="00FA7758" w:rsidRDefault="00FA7758">
      <w:r>
        <w:separator/>
      </w:r>
    </w:p>
  </w:footnote>
  <w:footnote w:type="continuationSeparator" w:id="0">
    <w:p w14:paraId="3BF3D3E0" w14:textId="77777777" w:rsidR="00FA7758" w:rsidRDefault="00FA7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7EE8"/>
    <w:rsid w:val="00326F90"/>
    <w:rsid w:val="003E706D"/>
    <w:rsid w:val="004E6AFA"/>
    <w:rsid w:val="006C103E"/>
    <w:rsid w:val="00945CC5"/>
    <w:rsid w:val="00A71320"/>
    <w:rsid w:val="00AA1D8D"/>
    <w:rsid w:val="00B47730"/>
    <w:rsid w:val="00CB0664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DCF6AB-FD10-4780-9814-57FD5F4D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579</Words>
  <Characters>3304</Characters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2026-08-25T07:22:00Z</dcterms:modified>
  <cp:category/>
</cp:coreProperties>
</file>