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E1635" w14:paraId="4C68BCA7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73C7D55" w14:textId="77777777" w:rsidR="001E1635" w:rsidRDefault="00000000">
            <w:pPr>
              <w:keepNext/>
              <w:jc w:val="center"/>
            </w:pPr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46A0FA06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8A49159" w14:textId="77777777" w:rsidR="001E1635" w:rsidRDefault="001E1635">
            <w:pPr>
              <w:keepNext/>
            </w:pPr>
            <w:r>
              <w:t xml:space="preserve">Suceava</w:t>
            </w:r>
          </w:p>
        </w:tc>
      </w:tr>
      <w:tr w:rsidR="001E1635" w14:paraId="51C0757A" w14:textId="77777777">
        <w:trPr>
          <w:cantSplit/>
          <w:trHeight w:val="510"/>
        </w:trPr>
        <w:tc>
          <w:tcPr>
            <w:tcW w:w="1606" w:type="dxa"/>
            <w:vMerge/>
          </w:tcPr>
          <w:p w14:paraId="691A2AC8" w14:textId="77777777" w:rsidR="001E1635" w:rsidRDefault="001E1635"/>
        </w:tc>
        <w:tc>
          <w:tcPr>
            <w:tcW w:w="8030" w:type="dxa"/>
            <w:gridSpan w:val="3"/>
            <w:shd w:val="clear" w:color="auto" w:fill="F0F0F0"/>
          </w:tcPr>
          <w:p w14:paraId="2BE82BE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04E7F576" w14:textId="77777777" w:rsidR="001E1635" w:rsidRDefault="001E1635">
            <w:pPr>
              <w:keepNext/>
            </w:pPr>
            <w:r>
              <w:t xml:space="preserve">Comuna Ipotești</w:t>
            </w:r>
          </w:p>
        </w:tc>
      </w:tr>
      <w:tr w:rsidR="001E1635" w14:paraId="2631F304" w14:textId="77777777">
        <w:trPr>
          <w:cantSplit/>
          <w:trHeight w:val="510"/>
        </w:trPr>
        <w:tc>
          <w:tcPr>
            <w:tcW w:w="1606" w:type="dxa"/>
            <w:vMerge/>
          </w:tcPr>
          <w:p w14:paraId="5F679958" w14:textId="77777777" w:rsidR="001E1635" w:rsidRDefault="001E1635"/>
        </w:tc>
        <w:tc>
          <w:tcPr>
            <w:tcW w:w="2409" w:type="dxa"/>
            <w:shd w:val="clear" w:color="auto" w:fill="F0F0F0"/>
          </w:tcPr>
          <w:p w14:paraId="24729E83" w14:textId="77777777" w:rsidR="001E1635" w:rsidRPr="006257CA" w:rsidRDefault="00000000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6257C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6257C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(CIF)</w:t>
            </w:r>
          </w:p>
          <w:p w14:paraId="5C37BD63" w14:textId="77777777" w:rsidR="001E1635" w:rsidRPr="006257CA" w:rsidRDefault="001E1635">
            <w:pPr>
              <w:keepNext/>
              <w:rPr>
                <w:lang w:val="fr-FR"/>
              </w:rPr>
            </w:pPr>
            <w:r>
              <w:t xml:space="preserve">4244172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16968D6" w14:textId="77777777" w:rsidR="001E1635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0EA9E139" w14:textId="77777777" w:rsidR="001E1635" w:rsidRDefault="001E1635">
            <w:pPr>
              <w:keepNext/>
            </w:pPr>
            <w:r>
              <w:t xml:space="preserve">Județul Suceava, Comuna Ipotești, Strada Mihai Viteazu, Nr. 54 · 0230525501 · contact@primariaipotesti.ro</w:t>
            </w:r>
          </w:p>
        </w:tc>
      </w:tr>
      <w:tr w:rsidR="001E1635" w14:paraId="0E65AED2" w14:textId="77777777">
        <w:trPr>
          <w:cantSplit/>
          <w:trHeight w:val="510"/>
        </w:trPr>
        <w:tc>
          <w:tcPr>
            <w:tcW w:w="1606" w:type="dxa"/>
            <w:vMerge/>
          </w:tcPr>
          <w:p w14:paraId="6544B9D7" w14:textId="77777777" w:rsidR="001E1635" w:rsidRDefault="001E1635"/>
        </w:tc>
        <w:tc>
          <w:tcPr>
            <w:tcW w:w="4818" w:type="dxa"/>
            <w:gridSpan w:val="2"/>
            <w:shd w:val="clear" w:color="auto" w:fill="F0F0F0"/>
          </w:tcPr>
          <w:p w14:paraId="189A61B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5A2B56A" w14:textId="77777777" w:rsidR="001E1635" w:rsidRDefault="001E163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E1695D8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37F86DD" w14:textId="77777777" w:rsidR="001E1635" w:rsidRDefault="001E1635">
            <w:pPr>
              <w:keepNext/>
            </w:pPr>
          </w:p>
        </w:tc>
      </w:tr>
      <w:tr w:rsidR="001E1635" w:rsidRPr="00A37FAC" w14:paraId="3911975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6DF05C4B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6257CA">
              <w:rPr>
                <w:i/>
                <w:color w:val="595959"/>
                <w:lang w:val="fr-FR"/>
              </w:rPr>
              <w:t>se</w:t>
            </w:r>
            <w:proofErr w:type="gram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scrie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în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72E6D1D1" w14:textId="77777777" w:rsidR="001E1635" w:rsidRPr="006257CA" w:rsidRDefault="001E1635">
      <w:pPr>
        <w:spacing w:line="168" w:lineRule="auto"/>
        <w:rPr>
          <w:lang w:val="fr-FR"/>
        </w:rPr>
      </w:pPr>
    </w:p>
    <w:p w14:paraId="1DD2FBAB" w14:textId="6A747212" w:rsidR="001E1635" w:rsidRPr="00A37FAC" w:rsidRDefault="00000000" w:rsidP="006257CA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2045E07B" w14:textId="77777777">
        <w:trPr>
          <w:cantSplit/>
        </w:trPr>
        <w:tc>
          <w:tcPr>
            <w:tcW w:w="9636" w:type="dxa"/>
            <w:shd w:val="clear" w:color="auto" w:fill="F4F4F4"/>
          </w:tcPr>
          <w:p w14:paraId="420DA37E" w14:textId="77777777" w:rsidR="001E1635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E1635" w:rsidRPr="00A37FAC" w14:paraId="3420F494" w14:textId="77777777">
        <w:trPr>
          <w:cantSplit/>
          <w:trHeight w:val="510"/>
        </w:trPr>
        <w:tc>
          <w:tcPr>
            <w:tcW w:w="9636" w:type="dxa"/>
          </w:tcPr>
          <w:p w14:paraId="33C1A201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670D99B" w14:textId="77777777" w:rsidR="001E1635" w:rsidRPr="006257CA" w:rsidRDefault="00000000">
            <w:pPr>
              <w:keepNext/>
              <w:rPr>
                <w:lang w:val="fr-FR"/>
              </w:rPr>
            </w:pPr>
            <w:r>
              <w:rPr>
                <w:lang w:val="fr-FR"/>
              </w:rPr>
              <w:t xml:space="preserve">Primăria Comunei Ipotești</w:t>
            </w:r>
          </w:p>
          <w:p w14:paraId="5258CF99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</w:tr>
      <w:tr w:rsidR="001E1635" w:rsidRPr="00A37FAC" w14:paraId="75BAA432" w14:textId="77777777">
        <w:trPr>
          <w:cantSplit/>
        </w:trPr>
        <w:tc>
          <w:tcPr>
            <w:tcW w:w="9636" w:type="dxa"/>
            <w:shd w:val="clear" w:color="auto" w:fill="F4F4F4"/>
          </w:tcPr>
          <w:p w14:paraId="6F539CFE" w14:textId="77777777" w:rsidR="001E1635" w:rsidRPr="006257C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6257CA">
              <w:rPr>
                <w:lang w:val="fr-FR"/>
              </w:rPr>
              <w:t>Cererea</w:t>
            </w:r>
            <w:proofErr w:type="spellEnd"/>
            <w:r w:rsidRPr="006257CA">
              <w:rPr>
                <w:lang w:val="fr-FR"/>
              </w:rPr>
              <w:t xml:space="preserve"> va fi </w:t>
            </w:r>
            <w:proofErr w:type="spellStart"/>
            <w:r w:rsidRPr="006257CA">
              <w:rPr>
                <w:lang w:val="fr-FR"/>
              </w:rPr>
              <w:t>transmisă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către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președintele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consiliului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județean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general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de </w:t>
            </w:r>
            <w:proofErr w:type="spellStart"/>
            <w:r w:rsidRPr="006257CA">
              <w:rPr>
                <w:lang w:val="fr-FR"/>
              </w:rPr>
              <w:t>sector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sau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municipiului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orașului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comunei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după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caz</w:t>
            </w:r>
            <w:proofErr w:type="spellEnd"/>
            <w:r w:rsidRPr="006257CA">
              <w:rPr>
                <w:lang w:val="fr-FR"/>
              </w:rPr>
              <w:t>.</w:t>
            </w:r>
          </w:p>
        </w:tc>
      </w:tr>
    </w:tbl>
    <w:p w14:paraId="143A0FF9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 w14:paraId="5854020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 w14:paraId="4480B39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9DF6AD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7B1283D5" w14:textId="77777777" w:rsidR="001E1635" w:rsidRDefault="001E1635">
            <w:pPr>
              <w:keepNext/>
            </w:pPr>
          </w:p>
        </w:tc>
        <w:tc>
          <w:tcPr>
            <w:tcW w:w="4015" w:type="dxa"/>
            <w:gridSpan w:val="3"/>
          </w:tcPr>
          <w:p w14:paraId="105878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0F7177" w14:textId="77777777" w:rsidR="001E1635" w:rsidRDefault="001E1635">
            <w:pPr>
              <w:keepNext/>
            </w:pPr>
          </w:p>
        </w:tc>
      </w:tr>
      <w:tr w:rsidR="001E1635" w14:paraId="281AC3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1E1635" w14:paraId="3790C6C1" w14:textId="77777777">
        <w:trPr>
          <w:cantSplit/>
          <w:trHeight w:val="510"/>
        </w:trPr>
        <w:tc>
          <w:tcPr>
            <w:tcW w:w="1606" w:type="dxa"/>
          </w:tcPr>
          <w:p w14:paraId="25C5910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75A06B3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43BFC13E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2E65348D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5"/>
          </w:tcPr>
          <w:p w14:paraId="7B9DD49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70F0CC9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60E597E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00FA57" w14:textId="77777777" w:rsidR="001E1635" w:rsidRDefault="001E1635">
            <w:pPr>
              <w:keepNext/>
            </w:pPr>
          </w:p>
        </w:tc>
      </w:tr>
      <w:tr w:rsidR="001E1635" w14:paraId="67FFBA1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1E1635" w14:paraId="5A3E1F2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89435AA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8DBA502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4"/>
          </w:tcPr>
          <w:p w14:paraId="2D5606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5854C40F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46F246F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79A6C6B" w14:textId="77777777" w:rsidR="001E1635" w:rsidRDefault="001E1635">
            <w:pPr>
              <w:keepNext/>
            </w:pPr>
          </w:p>
        </w:tc>
      </w:tr>
      <w:tr w:rsidR="001E1635" w14:paraId="476479A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3E3D0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AB7831E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0D2DE66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EBA780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4F859C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3E268F2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2FE0E9E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27907AC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8282E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888BB8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508ECD8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170C48A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2E3090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827BC03" w14:textId="77777777" w:rsidR="001E1635" w:rsidRDefault="001E1635">
            <w:pPr>
              <w:keepNext/>
            </w:pPr>
          </w:p>
        </w:tc>
      </w:tr>
      <w:tr w:rsidR="001E1635" w14:paraId="4797D9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E1635" w14:paraId="10DC5DD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77983B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7BBE1A21" w14:textId="77777777" w:rsidR="001E1635" w:rsidRDefault="001E1635">
            <w:pPr>
              <w:keepNext/>
            </w:pPr>
          </w:p>
        </w:tc>
        <w:tc>
          <w:tcPr>
            <w:tcW w:w="5621" w:type="dxa"/>
            <w:gridSpan w:val="5"/>
          </w:tcPr>
          <w:p w14:paraId="46FD555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7FC05727" w14:textId="77777777" w:rsidR="001E1635" w:rsidRDefault="001E1635">
            <w:pPr>
              <w:keepNext/>
            </w:pPr>
          </w:p>
        </w:tc>
      </w:tr>
      <w:tr w:rsidR="001E1635" w14:paraId="22088E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1E1635" w14:paraId="10CEC70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D5CCA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14:paraId="2BCE0519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19A659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1DC7B09A" w14:textId="77777777" w:rsidR="001E1635" w:rsidRDefault="001E1635">
            <w:pPr>
              <w:keepNext/>
            </w:pPr>
          </w:p>
        </w:tc>
      </w:tr>
      <w:tr w:rsidR="001E1635" w:rsidRPr="00A37FAC" w14:paraId="345755EE" w14:textId="77777777">
        <w:trPr>
          <w:cantSplit/>
        </w:trPr>
        <w:tc>
          <w:tcPr>
            <w:tcW w:w="9636" w:type="dxa"/>
            <w:gridSpan w:val="8"/>
          </w:tcPr>
          <w:p w14:paraId="67B56101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titular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dreptului</w:t>
            </w:r>
            <w:proofErr w:type="spellEnd"/>
            <w:r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Pr="006257CA">
              <w:rPr>
                <w:sz w:val="16"/>
                <w:lang w:val="fr-FR"/>
              </w:rPr>
              <w:t>proprietate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împuternicit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15885AE3" w14:textId="77777777" w:rsidR="001E1635" w:rsidRPr="006257CA" w:rsidRDefault="001E1635">
      <w:pPr>
        <w:spacing w:line="168" w:lineRule="auto"/>
        <w:rPr>
          <w:lang w:val="fr-FR"/>
        </w:rPr>
      </w:pPr>
    </w:p>
    <w:p w14:paraId="2B137E9F" w14:textId="77777777" w:rsidR="001E1635" w:rsidRPr="006257CA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în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conformitate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cu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prevederile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Legii</w:t>
      </w:r>
      <w:proofErr w:type="spellEnd"/>
      <w:r w:rsidRPr="006257CA">
        <w:rPr>
          <w:sz w:val="18"/>
          <w:lang w:val="fr-FR"/>
        </w:rPr>
        <w:t xml:space="preserve"> nr. 169/2026 </w:t>
      </w:r>
      <w:proofErr w:type="spellStart"/>
      <w:r w:rsidRPr="006257CA">
        <w:rPr>
          <w:sz w:val="18"/>
          <w:lang w:val="fr-FR"/>
        </w:rPr>
        <w:t>privind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Codul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amenajării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teritoriului</w:t>
      </w:r>
      <w:proofErr w:type="spellEnd"/>
      <w:r w:rsidRPr="006257CA">
        <w:rPr>
          <w:sz w:val="18"/>
          <w:lang w:val="fr-FR"/>
        </w:rPr>
        <w:t xml:space="preserve">, </w:t>
      </w:r>
      <w:proofErr w:type="spellStart"/>
      <w:r w:rsidRPr="006257CA">
        <w:rPr>
          <w:sz w:val="18"/>
          <w:lang w:val="fr-FR"/>
        </w:rPr>
        <w:t>urbanismului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și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construcțiilor</w:t>
      </w:r>
      <w:proofErr w:type="spellEnd"/>
      <w:r w:rsidRPr="006257CA">
        <w:rPr>
          <w:sz w:val="18"/>
          <w:lang w:val="fr-FR"/>
        </w:rPr>
        <w:t>,</w:t>
      </w:r>
    </w:p>
    <w:p w14:paraId="25ED7088" w14:textId="77777777" w:rsidR="001E1635" w:rsidRPr="006257CA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solicit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emiterea</w:t>
      </w:r>
      <w:proofErr w:type="spellEnd"/>
    </w:p>
    <w:p w14:paraId="2102D1EC" w14:textId="77777777" w:rsidR="001E1635" w:rsidRPr="006257CA" w:rsidRDefault="00000000">
      <w:pPr>
        <w:spacing w:after="160"/>
        <w:jc w:val="center"/>
        <w:rPr>
          <w:lang w:val="fr-FR"/>
        </w:rPr>
      </w:pPr>
      <w:r w:rsidRPr="006257CA">
        <w:rPr>
          <w:b/>
          <w:sz w:val="20"/>
          <w:lang w:val="fr-FR"/>
        </w:rPr>
        <w:t>CERTIFICATULUI DE URBANISM</w:t>
      </w:r>
    </w:p>
    <w:p w14:paraId="043C0D46" w14:textId="77777777" w:rsidR="001E1635" w:rsidRDefault="00000000">
      <w:pPr>
        <w:spacing w:after="160"/>
        <w:jc w:val="center"/>
        <w:rPr>
          <w:b/>
          <w:sz w:val="20"/>
          <w:lang w:val="fr-FR"/>
        </w:rPr>
      </w:pPr>
      <w:r w:rsidRPr="006257CA">
        <w:rPr>
          <w:b/>
          <w:sz w:val="20"/>
          <w:lang w:val="fr-FR"/>
        </w:rPr>
        <w:t>PENTRU OPERAȚIUNI CADASTRALE</w:t>
      </w: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6257CA" w14:paraId="1F9B2A48" w14:textId="77777777" w:rsidTr="006257CA">
        <w:tc>
          <w:tcPr>
            <w:tcW w:w="9636" w:type="dxa"/>
          </w:tcPr>
          <w:p w14:paraId="231CB6BD" w14:textId="5A290929" w:rsidR="006257CA" w:rsidRPr="006257CA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proofErr w:type="gramStart"/>
            <w:r w:rsidRPr="006257CA">
              <w:rPr>
                <w:b/>
                <w:bCs/>
                <w:sz w:val="18"/>
                <w:szCs w:val="18"/>
              </w:rPr>
              <w:t>ÎN  VEDEREA</w:t>
            </w:r>
            <w:proofErr w:type="gramEnd"/>
            <w:r w:rsidRPr="006257CA">
              <w:rPr>
                <w:b/>
                <w:bCs/>
                <w:sz w:val="18"/>
                <w:szCs w:val="18"/>
              </w:rPr>
              <w:t xml:space="preserve"> REALIZĂRII OPERAȚIUNII </w:t>
            </w:r>
            <w:proofErr w:type="gramStart"/>
            <w:r w:rsidRPr="006257CA">
              <w:rPr>
                <w:b/>
                <w:bCs/>
                <w:sz w:val="18"/>
                <w:szCs w:val="18"/>
              </w:rPr>
              <w:t>CADATRALE :</w:t>
            </w:r>
            <w:proofErr w:type="gramEnd"/>
          </w:p>
        </w:tc>
      </w:tr>
      <w:tr w:rsidR="006257CA" w:rsidRPr="00A37FAC" w14:paraId="3DEC5D63" w14:textId="77777777" w:rsidTr="006257CA">
        <w:tc>
          <w:tcPr>
            <w:tcW w:w="9636" w:type="dxa"/>
          </w:tcPr>
          <w:p w14:paraId="008D0B05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comasare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alipire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dezmembrare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dezlipire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nscrierea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unor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servitu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trecere</w:t>
            </w:r>
            <w:proofErr w:type="spellEnd"/>
          </w:p>
        </w:tc>
      </w:tr>
      <w:tr w:rsidR="006257CA" w:rsidRPr="00A37FAC" w14:paraId="13134CBC" w14:textId="77777777" w:rsidTr="006257CA">
        <w:tc>
          <w:tcPr>
            <w:tcW w:w="9636" w:type="dxa"/>
          </w:tcPr>
          <w:p w14:paraId="2FC77D01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  <w:r w:rsidRPr="000F0E2F">
              <w:rPr>
                <w:lang w:val="fr-FR"/>
              </w:rPr>
              <w:t xml:space="preserve">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reeviden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</w:p>
        </w:tc>
      </w:tr>
      <w:tr w:rsidR="001E1635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12969A2F" w:rsidR="001E1635" w:rsidRDefault="006257CA">
            <w:pPr>
              <w:keepNext/>
            </w:pPr>
            <w:proofErr w:type="spellStart"/>
            <w:r>
              <w:rPr>
                <w:sz w:val="16"/>
                <w:lang w:val="fr-FR"/>
              </w:rPr>
              <w:t>Descrierea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operațiunii</w:t>
            </w:r>
            <w:proofErr w:type="spellEnd"/>
            <w:r>
              <w:rPr>
                <w:sz w:val="16"/>
                <w:lang w:val="fr-FR"/>
              </w:rPr>
              <w:t xml:space="preserve"> cadastrale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1E1635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6F605B69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  <w:p w14:paraId="5E9FABF3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1939A91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 w14:paraId="41F9A1C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 w:rsidR="006257CA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E1635" w14:paraId="5CECB338" w14:textId="77777777">
        <w:trPr>
          <w:cantSplit/>
        </w:trPr>
        <w:tc>
          <w:tcPr>
            <w:tcW w:w="9636" w:type="dxa"/>
            <w:gridSpan w:val="6"/>
          </w:tcPr>
          <w:p w14:paraId="20BF109A" w14:textId="77777777" w:rsidR="001E1635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1E1635" w14:paraId="45CA87B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FA44BEC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D01A21B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22B4CBF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D007FC5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67326A4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240B19" w14:textId="77777777" w:rsidR="001E1635" w:rsidRDefault="001E1635">
            <w:pPr>
              <w:keepNext/>
            </w:pPr>
          </w:p>
        </w:tc>
      </w:tr>
      <w:tr w:rsidR="001E1635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DB9B8CA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3"/>
          </w:tcPr>
          <w:p w14:paraId="78F2E7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9A492AB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99B76C6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C285CCD" w14:textId="77777777" w:rsidR="001E1635" w:rsidRDefault="001E1635">
            <w:pPr>
              <w:keepNext/>
            </w:pPr>
          </w:p>
        </w:tc>
        <w:tc>
          <w:tcPr>
            <w:tcW w:w="2409" w:type="dxa"/>
          </w:tcPr>
          <w:p w14:paraId="737CFA43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C99DBB8" w14:textId="77777777" w:rsidR="001E1635" w:rsidRDefault="001E1635">
            <w:pPr>
              <w:keepNext/>
            </w:pPr>
          </w:p>
        </w:tc>
      </w:tr>
      <w:tr w:rsidR="001E1635" w14:paraId="7C749B99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Număr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cadastral</w:t>
            </w:r>
          </w:p>
          <w:p w14:paraId="3FC4B016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6257C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e-Terra</w:t>
            </w:r>
          </w:p>
          <w:p w14:paraId="77A4081E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85D4033" w14:textId="77777777" w:rsidR="001E1635" w:rsidRDefault="001E1635">
            <w:pPr>
              <w:keepNext/>
            </w:pPr>
          </w:p>
        </w:tc>
      </w:tr>
    </w:tbl>
    <w:p w14:paraId="6A8F4A2A" w14:textId="1AAC5F68" w:rsidR="001E1635" w:rsidRPr="006257CA" w:rsidRDefault="001E1635" w:rsidP="006257CA"/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A37FAC" w14:paraId="289229A3" w14:textId="77777777">
        <w:trPr>
          <w:cantSplit/>
        </w:trPr>
        <w:tc>
          <w:tcPr>
            <w:tcW w:w="9636" w:type="dxa"/>
          </w:tcPr>
          <w:p w14:paraId="595ED756" w14:textId="6E06C131" w:rsidR="006257CA" w:rsidRDefault="00000000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documentația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cadastrală</w:t>
            </w:r>
            <w:proofErr w:type="spellEnd"/>
            <w:r w:rsidRPr="006257CA">
              <w:rPr>
                <w:sz w:val="16"/>
                <w:lang w:val="fr-FR"/>
              </w:rPr>
              <w:t xml:space="preserve">     </w:t>
            </w:r>
            <w:r w:rsidR="006257CA">
              <w:rPr>
                <w:sz w:val="16"/>
                <w:lang w:val="fr-FR"/>
              </w:rPr>
              <w:t xml:space="preserve">                         </w:t>
            </w:r>
            <w:r w:rsidR="006257CA"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6257CA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="006257CA" w:rsidRPr="006257CA">
              <w:rPr>
                <w:sz w:val="16"/>
                <w:lang w:val="fr-FR"/>
              </w:rPr>
              <w:t xml:space="preserve">plan </w:t>
            </w:r>
            <w:proofErr w:type="spellStart"/>
            <w:r w:rsidR="006257CA" w:rsidRPr="006257CA">
              <w:rPr>
                <w:sz w:val="16"/>
                <w:lang w:val="fr-FR"/>
              </w:rPr>
              <w:t>cu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o </w:t>
            </w:r>
            <w:proofErr w:type="spellStart"/>
            <w:r w:rsidR="006257CA" w:rsidRPr="006257CA">
              <w:rPr>
                <w:sz w:val="16"/>
                <w:lang w:val="fr-FR"/>
              </w:rPr>
              <w:t>propunere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="006257CA" w:rsidRPr="006257CA">
              <w:rPr>
                <w:sz w:val="16"/>
                <w:lang w:val="fr-FR"/>
              </w:rPr>
              <w:t>comasare</w:t>
            </w:r>
            <w:proofErr w:type="spellEnd"/>
            <w:r w:rsidR="006257CA" w:rsidRPr="006257CA">
              <w:rPr>
                <w:sz w:val="16"/>
                <w:lang w:val="fr-FR"/>
              </w:rPr>
              <w:t>/</w:t>
            </w:r>
            <w:proofErr w:type="spellStart"/>
            <w:r w:rsidR="006257CA" w:rsidRPr="006257CA">
              <w:rPr>
                <w:sz w:val="16"/>
                <w:lang w:val="fr-FR"/>
              </w:rPr>
              <w:t>dezmembrare</w:t>
            </w:r>
            <w:proofErr w:type="spellEnd"/>
          </w:p>
          <w:p w14:paraId="2445E5EB" w14:textId="2BE49333" w:rsidR="001E1635" w:rsidRPr="006257CA" w:rsidRDefault="006257C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 xml:space="preserve">☐ extras de carte </w:t>
            </w:r>
            <w:proofErr w:type="spellStart"/>
            <w:r w:rsidRPr="006257CA">
              <w:rPr>
                <w:sz w:val="16"/>
                <w:lang w:val="fr-FR"/>
              </w:rPr>
              <w:t>funciară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actualizat</w:t>
            </w:r>
            <w:proofErr w:type="spellEnd"/>
            <w:r>
              <w:rPr>
                <w:sz w:val="16"/>
                <w:lang w:val="fr-FR"/>
              </w:rPr>
              <w:t xml:space="preserve">              </w:t>
            </w:r>
            <w:r w:rsidRPr="006257CA">
              <w:rPr>
                <w:sz w:val="16"/>
                <w:lang w:val="fr-FR"/>
              </w:rPr>
              <w:t xml:space="preserve">☐ plan de </w:t>
            </w:r>
            <w:proofErr w:type="spellStart"/>
            <w:r w:rsidRPr="006257CA">
              <w:rPr>
                <w:sz w:val="16"/>
                <w:lang w:val="fr-FR"/>
              </w:rPr>
              <w:t>încadrare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zonă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sistem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Stereo</w:t>
            </w:r>
            <w:proofErr w:type="spellEnd"/>
            <w:r w:rsidRPr="006257CA">
              <w:rPr>
                <w:sz w:val="16"/>
                <w:lang w:val="fr-FR"/>
              </w:rPr>
              <w:t xml:space="preserve"> 70</w:t>
            </w:r>
            <w:r>
              <w:rPr>
                <w:sz w:val="16"/>
                <w:lang w:val="fr-FR"/>
              </w:rPr>
              <w:t xml:space="preserve">                 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împuternicirea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dacă</w:t>
            </w:r>
            <w:proofErr w:type="spellEnd"/>
            <w:r w:rsidRPr="006257CA">
              <w:rPr>
                <w:sz w:val="16"/>
                <w:lang w:val="fr-FR"/>
              </w:rPr>
              <w:t xml:space="preserve"> este </w:t>
            </w:r>
            <w:proofErr w:type="spellStart"/>
            <w:r w:rsidRPr="006257CA">
              <w:rPr>
                <w:sz w:val="16"/>
                <w:lang w:val="fr-FR"/>
              </w:rPr>
              <w:t>cazul</w:t>
            </w:r>
            <w:proofErr w:type="spellEnd"/>
            <w:r w:rsidRPr="006257CA">
              <w:rPr>
                <w:sz w:val="16"/>
                <w:lang w:val="fr-FR"/>
              </w:rPr>
              <w:t xml:space="preserve">      </w:t>
            </w:r>
          </w:p>
        </w:tc>
      </w:tr>
    </w:tbl>
    <w:p w14:paraId="0A540DB6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A37FAC" w14:paraId="49112FAF" w14:textId="77777777">
        <w:trPr>
          <w:cantSplit/>
        </w:trPr>
        <w:tc>
          <w:tcPr>
            <w:tcW w:w="9636" w:type="dxa"/>
          </w:tcPr>
          <w:p w14:paraId="0C0C25C2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</w:t>
            </w:r>
            <w:proofErr w:type="spellStart"/>
            <w:r w:rsidRPr="006257CA">
              <w:rPr>
                <w:sz w:val="16"/>
                <w:lang w:val="fr-FR"/>
              </w:rPr>
              <w:t>scris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prin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poștă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6257CA">
              <w:rPr>
                <w:sz w:val="16"/>
                <w:lang w:val="fr-FR"/>
              </w:rPr>
              <w:t>adresa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gramStart"/>
            <w:r w:rsidRPr="006257CA">
              <w:rPr>
                <w:sz w:val="16"/>
                <w:lang w:val="fr-FR"/>
              </w:rPr>
              <w:t>de e-mail</w:t>
            </w:r>
            <w:proofErr w:type="gram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indicată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ridicare</w:t>
            </w:r>
            <w:proofErr w:type="spellEnd"/>
            <w:r w:rsidRPr="006257CA">
              <w:rPr>
                <w:sz w:val="16"/>
                <w:lang w:val="fr-FR"/>
              </w:rPr>
              <w:t xml:space="preserve"> de la </w:t>
            </w:r>
            <w:proofErr w:type="spellStart"/>
            <w:r w:rsidRPr="006257CA">
              <w:rPr>
                <w:sz w:val="16"/>
                <w:lang w:val="fr-FR"/>
              </w:rPr>
              <w:t>sediul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335F2CDC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Default="00000000">
            <w:r>
              <w:rPr>
                <w:b/>
                <w:color w:val="0D5F78"/>
              </w:rPr>
              <w:t>Data</w:t>
            </w:r>
          </w:p>
          <w:p w14:paraId="05BFAAF9" w14:textId="77777777" w:rsidR="001E1635" w:rsidRDefault="001E1635"/>
        </w:tc>
        <w:tc>
          <w:tcPr>
            <w:tcW w:w="4818" w:type="dxa"/>
          </w:tcPr>
          <w:p w14:paraId="250ED718" w14:textId="77777777" w:rsidR="001E1635" w:rsidRDefault="00000000">
            <w:r>
              <w:rPr>
                <w:b/>
                <w:color w:val="0D5F78"/>
              </w:rPr>
              <w:t>Solicitantul</w:t>
            </w:r>
          </w:p>
          <w:p w14:paraId="455E75E1" w14:textId="77777777" w:rsidR="001E1635" w:rsidRDefault="001E1635"/>
        </w:tc>
        <w:tc>
          <w:tcPr>
            <w:tcW w:w="3212" w:type="dxa"/>
          </w:tcPr>
          <w:p w14:paraId="53DD217D" w14:textId="77777777" w:rsidR="001E1635" w:rsidRDefault="00000000">
            <w:r>
              <w:rPr>
                <w:b/>
                <w:color w:val="0D5F78"/>
              </w:rPr>
              <w:t>Semnătura</w:t>
            </w:r>
          </w:p>
          <w:p w14:paraId="655A8FB3" w14:textId="77777777" w:rsidR="001E1635" w:rsidRDefault="001E1635"/>
        </w:tc>
      </w:tr>
    </w:tbl>
    <w:p w14:paraId="005090D8" w14:textId="77777777" w:rsidR="001E1635" w:rsidRDefault="001E1635">
      <w:pPr>
        <w:spacing w:line="168" w:lineRule="auto"/>
      </w:pPr>
    </w:p>
    <w:sectPr w:rsidR="001E1635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3A607" w14:textId="77777777" w:rsidR="009D782F" w:rsidRDefault="009D782F">
      <w:r>
        <w:separator/>
      </w:r>
    </w:p>
  </w:endnote>
  <w:endnote w:type="continuationSeparator" w:id="0">
    <w:p w14:paraId="4FF4DC6C" w14:textId="77777777" w:rsidR="009D782F" w:rsidRDefault="009D7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E5FA" w14:textId="77777777" w:rsidR="001E1635" w:rsidRDefault="00000000">
    <w:pPr>
      <w:pStyle w:val="Subsol"/>
      <w:tabs>
        <w:tab w:val="right" w:pos="9639"/>
      </w:tabs>
    </w:pPr>
    <w:r>
      <w:rPr>
        <w:color w:val="595959"/>
      </w:rPr>
      <w:t xml:space="preserve">F_CU_02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6257C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6257C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66418" w14:textId="77777777" w:rsidR="009D782F" w:rsidRDefault="009D782F">
      <w:r>
        <w:separator/>
      </w:r>
    </w:p>
  </w:footnote>
  <w:footnote w:type="continuationSeparator" w:id="0">
    <w:p w14:paraId="41539459" w14:textId="77777777" w:rsidR="009D782F" w:rsidRDefault="009D78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872230">
    <w:abstractNumId w:val="8"/>
  </w:num>
  <w:num w:numId="2" w16cid:durableId="667757946">
    <w:abstractNumId w:val="6"/>
  </w:num>
  <w:num w:numId="3" w16cid:durableId="509612429">
    <w:abstractNumId w:val="5"/>
  </w:num>
  <w:num w:numId="4" w16cid:durableId="2008286866">
    <w:abstractNumId w:val="4"/>
  </w:num>
  <w:num w:numId="5" w16cid:durableId="791560319">
    <w:abstractNumId w:val="7"/>
  </w:num>
  <w:num w:numId="6" w16cid:durableId="190805796">
    <w:abstractNumId w:val="3"/>
  </w:num>
  <w:num w:numId="7" w16cid:durableId="397367673">
    <w:abstractNumId w:val="2"/>
  </w:num>
  <w:num w:numId="8" w16cid:durableId="377894382">
    <w:abstractNumId w:val="1"/>
  </w:num>
  <w:num w:numId="9" w16cid:durableId="169607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1635"/>
    <w:rsid w:val="0029639D"/>
    <w:rsid w:val="00326F90"/>
    <w:rsid w:val="006257CA"/>
    <w:rsid w:val="006C103E"/>
    <w:rsid w:val="009D782F"/>
    <w:rsid w:val="00A37FAC"/>
    <w:rsid w:val="00AA1D8D"/>
    <w:rsid w:val="00AC5F99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71537E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314</Words>
  <Characters>1795</Characters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2026-08-24T14:45:00Z</dcterms:modified>
  <cp:category/>
</cp:coreProperties>
</file>