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7A6244" w14:paraId="0646229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0B59DB0" w14:textId="77777777" w:rsidR="007A6244" w:rsidRDefault="00000000">
            <w:pPr>
              <w:keepNext/>
              <w:jc w:val="center"/>
            </w:pPr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626F55A8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435FD5F" w14:textId="77777777" w:rsidR="007A6244" w:rsidRDefault="007A6244">
            <w:pPr>
              <w:keepNext/>
            </w:pPr>
            <w:r>
              <w:t xml:space="preserve">Suceava</w:t>
            </w:r>
          </w:p>
        </w:tc>
      </w:tr>
      <w:tr w:rsidR="007A6244" w14:paraId="1CC2649B" w14:textId="77777777">
        <w:trPr>
          <w:cantSplit/>
          <w:trHeight w:val="510"/>
        </w:trPr>
        <w:tc>
          <w:tcPr>
            <w:tcW w:w="1606" w:type="dxa"/>
            <w:vMerge/>
          </w:tcPr>
          <w:p w14:paraId="4BA8F495" w14:textId="77777777" w:rsidR="007A6244" w:rsidRDefault="007A6244"/>
        </w:tc>
        <w:tc>
          <w:tcPr>
            <w:tcW w:w="8030" w:type="dxa"/>
            <w:gridSpan w:val="3"/>
            <w:shd w:val="clear" w:color="auto" w:fill="F0F0F0"/>
          </w:tcPr>
          <w:p w14:paraId="2BBBE527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6252C7A8" w14:textId="77777777" w:rsidR="007A6244" w:rsidRDefault="007A6244">
            <w:pPr>
              <w:keepNext/>
            </w:pPr>
            <w:r>
              <w:t xml:space="preserve">Comuna Ipotești</w:t>
            </w:r>
          </w:p>
        </w:tc>
      </w:tr>
      <w:tr w:rsidR="007A6244" w14:paraId="5F6490E8" w14:textId="77777777">
        <w:trPr>
          <w:cantSplit/>
          <w:trHeight w:val="510"/>
        </w:trPr>
        <w:tc>
          <w:tcPr>
            <w:tcW w:w="1606" w:type="dxa"/>
            <w:vMerge/>
          </w:tcPr>
          <w:p w14:paraId="689A495A" w14:textId="77777777" w:rsidR="007A6244" w:rsidRDefault="007A6244"/>
        </w:tc>
        <w:tc>
          <w:tcPr>
            <w:tcW w:w="2409" w:type="dxa"/>
            <w:shd w:val="clear" w:color="auto" w:fill="F0F0F0"/>
          </w:tcPr>
          <w:p w14:paraId="01FCE0A2" w14:textId="77777777" w:rsidR="007A6244" w:rsidRPr="009D5BC3" w:rsidRDefault="00000000">
            <w:pPr>
              <w:keepNext/>
              <w:rPr>
                <w:lang w:val="fr-FR"/>
              </w:rPr>
            </w:pPr>
            <w:r w:rsidRPr="009D5BC3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9D5BC3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9D5BC3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D5BC3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9D5BC3">
              <w:rPr>
                <w:b/>
                <w:color w:val="0D5F78"/>
                <w:lang w:val="fr-FR"/>
              </w:rPr>
              <w:t xml:space="preserve"> (CIF)</w:t>
            </w:r>
          </w:p>
          <w:p w14:paraId="5D425FA5" w14:textId="77777777" w:rsidR="007A6244" w:rsidRPr="009D5BC3" w:rsidRDefault="007A6244">
            <w:pPr>
              <w:keepNext/>
              <w:rPr>
                <w:lang w:val="fr-FR"/>
              </w:rPr>
            </w:pPr>
            <w:r>
              <w:t xml:space="preserve">4244172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565C3102" w14:textId="77777777" w:rsidR="007A624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4FE355EF" w14:textId="77777777" w:rsidR="007A6244" w:rsidRDefault="007A6244">
            <w:pPr>
              <w:keepNext/>
            </w:pPr>
            <w:r>
              <w:t xml:space="preserve">Județul Suceava, Comuna Ipotești, Strada Mihai Viteazu, Nr. 54 · 0230525501 · contact@primariaipotesti.ro</w:t>
            </w:r>
          </w:p>
          <w:p>
            <w:pPr>
              <w:keepNext/>
            </w:pPr>
          </w:p>
        </w:tc>
      </w:tr>
      <w:tr w:rsidR="007A6244" w14:paraId="5D1D56A8" w14:textId="77777777">
        <w:trPr>
          <w:cantSplit/>
          <w:trHeight w:val="510"/>
        </w:trPr>
        <w:tc>
          <w:tcPr>
            <w:tcW w:w="1606" w:type="dxa"/>
            <w:vMerge/>
          </w:tcPr>
          <w:p w14:paraId="30180161" w14:textId="77777777" w:rsidR="007A6244" w:rsidRDefault="007A6244"/>
        </w:tc>
        <w:tc>
          <w:tcPr>
            <w:tcW w:w="4818" w:type="dxa"/>
            <w:gridSpan w:val="2"/>
            <w:shd w:val="clear" w:color="auto" w:fill="F0F0F0"/>
          </w:tcPr>
          <w:p w14:paraId="23F9ABB3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3C3CB41D" w14:textId="77777777" w:rsidR="007A6244" w:rsidRDefault="007A6244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7FD69E50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678464D6" w14:textId="77777777" w:rsidR="007A6244" w:rsidRDefault="007A6244">
            <w:pPr>
              <w:keepNext/>
            </w:pPr>
          </w:p>
        </w:tc>
      </w:tr>
      <w:tr w:rsidR="007A6244" w:rsidRPr="007F2503" w14:paraId="0F9EE03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99260F8" w14:textId="77777777" w:rsidR="007A6244" w:rsidRPr="009D5BC3" w:rsidRDefault="00000000">
            <w:pPr>
              <w:rPr>
                <w:lang w:val="fr-FR"/>
              </w:rPr>
            </w:pPr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9D5BC3">
              <w:rPr>
                <w:i/>
                <w:color w:val="595959"/>
                <w:lang w:val="fr-FR"/>
              </w:rPr>
              <w:t>se</w:t>
            </w:r>
            <w:proofErr w:type="gram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scrie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în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5D0B5FF6" w14:textId="77777777" w:rsidR="007A6244" w:rsidRPr="009D5BC3" w:rsidRDefault="007A6244">
      <w:pPr>
        <w:spacing w:line="168" w:lineRule="auto"/>
        <w:rPr>
          <w:lang w:val="fr-FR"/>
        </w:rPr>
      </w:pPr>
    </w:p>
    <w:p w14:paraId="186D47FF" w14:textId="77777777" w:rsidR="007A6244" w:rsidRPr="007F2503" w:rsidRDefault="00000000">
      <w:pPr>
        <w:spacing w:before="140" w:after="40"/>
        <w:jc w:val="center"/>
        <w:rPr>
          <w:sz w:val="28"/>
          <w:szCs w:val="28"/>
        </w:rPr>
      </w:pPr>
      <w:r w:rsidRPr="007F2503">
        <w:rPr>
          <w:b/>
          <w:sz w:val="28"/>
          <w:szCs w:val="28"/>
        </w:rPr>
        <w:t>CERERE</w:t>
      </w:r>
    </w:p>
    <w:p w14:paraId="60B77D5E" w14:textId="77777777" w:rsidR="007A6244" w:rsidRDefault="007A6244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20A6F2DD" w14:textId="77777777">
        <w:trPr>
          <w:cantSplit/>
        </w:trPr>
        <w:tc>
          <w:tcPr>
            <w:tcW w:w="9636" w:type="dxa"/>
            <w:shd w:val="clear" w:color="auto" w:fill="F4F4F4"/>
          </w:tcPr>
          <w:p w14:paraId="7A516BF1" w14:textId="77777777" w:rsidR="007A6244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A6244" w:rsidRPr="007F2503" w14:paraId="215792C3" w14:textId="77777777">
        <w:trPr>
          <w:cantSplit/>
          <w:trHeight w:val="510"/>
        </w:trPr>
        <w:tc>
          <w:tcPr>
            <w:tcW w:w="9636" w:type="dxa"/>
          </w:tcPr>
          <w:p w14:paraId="3FBFDAEE" w14:textId="77777777" w:rsidR="007A6244" w:rsidRPr="009D5BC3" w:rsidRDefault="00000000">
            <w:pPr>
              <w:keepNext/>
              <w:rPr>
                <w:lang w:val="fr-FR"/>
              </w:rPr>
            </w:pPr>
            <w:proofErr w:type="spellStart"/>
            <w:r w:rsidRPr="009D5BC3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3E3EC3B6" w14:textId="77777777" w:rsidR="007A6244" w:rsidRPr="009D5BC3" w:rsidRDefault="00000000">
            <w:pPr>
              <w:keepNext/>
              <w:rPr>
                <w:lang w:val="fr-FR"/>
              </w:rPr>
            </w:pPr>
            <w:r>
              <w:rPr>
                <w:lang w:val="fr-FR"/>
              </w:rPr>
              <w:t xml:space="preserve">Primăria Comunei Ipotești</w:t>
            </w:r>
          </w:p>
          <w:p w14:paraId="08E70280" w14:textId="77777777" w:rsidR="007A6244" w:rsidRPr="009D5BC3" w:rsidRDefault="007A6244">
            <w:pPr>
              <w:keepNext/>
              <w:rPr>
                <w:lang w:val="fr-FR"/>
              </w:rPr>
            </w:pPr>
          </w:p>
        </w:tc>
      </w:tr>
      <w:tr w:rsidR="007A6244" w:rsidRPr="007F2503" w14:paraId="7776B59C" w14:textId="77777777">
        <w:trPr>
          <w:cantSplit/>
        </w:trPr>
        <w:tc>
          <w:tcPr>
            <w:tcW w:w="9636" w:type="dxa"/>
            <w:shd w:val="clear" w:color="auto" w:fill="F4F4F4"/>
          </w:tcPr>
          <w:p w14:paraId="37A60766" w14:textId="77777777" w:rsidR="007A6244" w:rsidRPr="009D5BC3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9D5BC3">
              <w:rPr>
                <w:lang w:val="fr-FR"/>
              </w:rPr>
              <w:t>Cererea</w:t>
            </w:r>
            <w:proofErr w:type="spellEnd"/>
            <w:r w:rsidRPr="009D5BC3">
              <w:rPr>
                <w:lang w:val="fr-FR"/>
              </w:rPr>
              <w:t xml:space="preserve"> va fi </w:t>
            </w:r>
            <w:proofErr w:type="spellStart"/>
            <w:r w:rsidRPr="009D5BC3">
              <w:rPr>
                <w:lang w:val="fr-FR"/>
              </w:rPr>
              <w:t>transmisă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către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președintele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consiliului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județean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general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de </w:t>
            </w:r>
            <w:proofErr w:type="spellStart"/>
            <w:r w:rsidRPr="009D5BC3">
              <w:rPr>
                <w:lang w:val="fr-FR"/>
              </w:rPr>
              <w:t>sector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sau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municipiului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orașului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comunei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după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caz</w:t>
            </w:r>
            <w:proofErr w:type="spellEnd"/>
            <w:r w:rsidRPr="009D5BC3">
              <w:rPr>
                <w:lang w:val="fr-FR"/>
              </w:rPr>
              <w:t>.</w:t>
            </w:r>
          </w:p>
        </w:tc>
      </w:tr>
    </w:tbl>
    <w:p w14:paraId="20220E8C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A6244" w14:paraId="46CFADD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94C17D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A6244" w14:paraId="2A798EC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4C7A8E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9065994" w14:textId="77777777" w:rsidR="007A6244" w:rsidRDefault="007A6244">
            <w:pPr>
              <w:keepNext/>
            </w:pPr>
          </w:p>
        </w:tc>
        <w:tc>
          <w:tcPr>
            <w:tcW w:w="4015" w:type="dxa"/>
            <w:gridSpan w:val="3"/>
          </w:tcPr>
          <w:p w14:paraId="23A73AE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18AF22D" w14:textId="77777777" w:rsidR="007A6244" w:rsidRDefault="007A6244">
            <w:pPr>
              <w:keepNext/>
            </w:pPr>
          </w:p>
        </w:tc>
      </w:tr>
      <w:tr w:rsidR="007A6244" w14:paraId="545EB23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672763" w14:textId="77777777" w:rsidR="007A6244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7A6244" w14:paraId="26589197" w14:textId="77777777">
        <w:trPr>
          <w:cantSplit/>
          <w:trHeight w:val="510"/>
        </w:trPr>
        <w:tc>
          <w:tcPr>
            <w:tcW w:w="1606" w:type="dxa"/>
          </w:tcPr>
          <w:p w14:paraId="4FE6E89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68763DE0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1B30A3B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5D8E2" w14:textId="77777777" w:rsidR="007A6244" w:rsidRDefault="007A6244">
            <w:pPr>
              <w:keepNext/>
            </w:pPr>
          </w:p>
        </w:tc>
        <w:tc>
          <w:tcPr>
            <w:tcW w:w="4818" w:type="dxa"/>
            <w:gridSpan w:val="5"/>
          </w:tcPr>
          <w:p w14:paraId="5F5E266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39F4F2A6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0D95F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53FA98E" w14:textId="77777777" w:rsidR="007A6244" w:rsidRDefault="007A6244">
            <w:pPr>
              <w:keepNext/>
            </w:pPr>
          </w:p>
        </w:tc>
      </w:tr>
      <w:tr w:rsidR="007A6244" w14:paraId="67E3332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D62200" w14:textId="77777777" w:rsidR="007A6244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7A6244" w14:paraId="3385B2B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EB1F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46D42AB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4"/>
          </w:tcPr>
          <w:p w14:paraId="0EA364F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D658FE8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2"/>
          </w:tcPr>
          <w:p w14:paraId="2C4E7CE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A1A06DA" w14:textId="77777777" w:rsidR="007A6244" w:rsidRDefault="007A6244">
            <w:pPr>
              <w:keepNext/>
            </w:pPr>
          </w:p>
        </w:tc>
      </w:tr>
      <w:tr w:rsidR="007A6244" w14:paraId="3469807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B26B276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6991C6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3AE281F7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EA0BA9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72244B7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8B2D38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F68F07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7DD5DE5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2267E62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6F5E082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21B2896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94D4A3E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261DF8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225866B9" w14:textId="77777777" w:rsidR="007A6244" w:rsidRDefault="007A6244">
            <w:pPr>
              <w:keepNext/>
            </w:pPr>
          </w:p>
        </w:tc>
      </w:tr>
      <w:tr w:rsidR="007A6244" w14:paraId="7AF7ECD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E71B34A" w14:textId="77777777" w:rsidR="007A6244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A6244" w14:paraId="28F6921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44678A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6E8EA80E" w14:textId="77777777" w:rsidR="007A6244" w:rsidRDefault="007A6244">
            <w:pPr>
              <w:keepNext/>
            </w:pPr>
          </w:p>
        </w:tc>
        <w:tc>
          <w:tcPr>
            <w:tcW w:w="5621" w:type="dxa"/>
            <w:gridSpan w:val="5"/>
          </w:tcPr>
          <w:p w14:paraId="71D20CAE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23D691F" w14:textId="77777777" w:rsidR="007A6244" w:rsidRDefault="007A6244">
            <w:pPr>
              <w:keepNext/>
            </w:pPr>
          </w:p>
        </w:tc>
      </w:tr>
      <w:tr w:rsidR="007A6244" w14:paraId="2605518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6506A29" w14:textId="77777777" w:rsidR="007A6244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7A6244" w14:paraId="2B1D8BFF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5158F72" w14:textId="77777777" w:rsidR="007A6244" w:rsidRDefault="00000000">
            <w:r>
              <w:rPr>
                <w:b/>
                <w:color w:val="0D5F78"/>
              </w:rPr>
              <w:t>În calitate de reprezentant al</w:t>
            </w:r>
          </w:p>
          <w:p w14:paraId="172CD55E" w14:textId="77777777" w:rsidR="007A6244" w:rsidRDefault="007A6244"/>
        </w:tc>
        <w:tc>
          <w:tcPr>
            <w:tcW w:w="3212" w:type="dxa"/>
            <w:gridSpan w:val="2"/>
          </w:tcPr>
          <w:p w14:paraId="2E023F88" w14:textId="77777777" w:rsidR="007A6244" w:rsidRDefault="00000000">
            <w:r>
              <w:rPr>
                <w:b/>
                <w:color w:val="0D5F78"/>
              </w:rPr>
              <w:t>CUI / CIF</w:t>
            </w:r>
          </w:p>
          <w:p w14:paraId="274C09B7" w14:textId="77777777" w:rsidR="007A6244" w:rsidRDefault="007A6244"/>
        </w:tc>
      </w:tr>
    </w:tbl>
    <w:p w14:paraId="2790794C" w14:textId="77777777" w:rsidR="007A6244" w:rsidRDefault="007A6244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7A6244" w14:paraId="0CDDD608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8A3345" w14:textId="77777777" w:rsidR="007A6244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AUTORIZAȚIA DE CONSTRUIRE</w:t>
            </w:r>
          </w:p>
        </w:tc>
      </w:tr>
      <w:tr w:rsidR="007A6244" w14:paraId="4996068D" w14:textId="77777777">
        <w:trPr>
          <w:cantSplit/>
          <w:trHeight w:val="510"/>
        </w:trPr>
        <w:tc>
          <w:tcPr>
            <w:tcW w:w="1606" w:type="dxa"/>
          </w:tcPr>
          <w:p w14:paraId="35689D0A" w14:textId="77777777" w:rsidR="007A6244" w:rsidRDefault="00000000">
            <w:r>
              <w:rPr>
                <w:b/>
                <w:color w:val="0D5F78"/>
              </w:rPr>
              <w:t>Nr.</w:t>
            </w:r>
          </w:p>
          <w:p w14:paraId="095D61F3" w14:textId="77777777" w:rsidR="007A6244" w:rsidRDefault="007A6244"/>
        </w:tc>
        <w:tc>
          <w:tcPr>
            <w:tcW w:w="2409" w:type="dxa"/>
          </w:tcPr>
          <w:p w14:paraId="5E836E88" w14:textId="77777777" w:rsidR="007A6244" w:rsidRDefault="00000000">
            <w:r>
              <w:rPr>
                <w:b/>
                <w:color w:val="0D5F78"/>
              </w:rPr>
              <w:t>Din data</w:t>
            </w:r>
          </w:p>
          <w:p w14:paraId="73344DA4" w14:textId="77777777" w:rsidR="007A6244" w:rsidRDefault="007A6244"/>
        </w:tc>
        <w:tc>
          <w:tcPr>
            <w:tcW w:w="5621" w:type="dxa"/>
          </w:tcPr>
          <w:p w14:paraId="38937E8B" w14:textId="77777777" w:rsidR="007A6244" w:rsidRDefault="00000000">
            <w:r>
              <w:rPr>
                <w:b/>
                <w:color w:val="0D5F78"/>
              </w:rPr>
              <w:t>Emisă de</w:t>
            </w:r>
          </w:p>
          <w:p w14:paraId="0D6A7EFA" w14:textId="77777777" w:rsidR="007A6244" w:rsidRDefault="007A6244"/>
        </w:tc>
      </w:tr>
    </w:tbl>
    <w:p w14:paraId="1B861EE0" w14:textId="77777777" w:rsidR="007A6244" w:rsidRDefault="007A6244">
      <w:pPr>
        <w:spacing w:line="168" w:lineRule="auto"/>
      </w:pPr>
    </w:p>
    <w:p w14:paraId="2148FFF5" w14:textId="4ABE98FB" w:rsidR="009D5BC3" w:rsidRDefault="00000000" w:rsidP="009D5BC3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în temeiul art. 309 – art. 310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14:paraId="4857330C" w14:textId="0CFFB432" w:rsidR="009D5BC3" w:rsidRPr="007F2503" w:rsidRDefault="00000000" w:rsidP="007F2503">
      <w:pPr>
        <w:keepNext/>
        <w:jc w:val="center"/>
        <w:rPr>
          <w:sz w:val="18"/>
          <w:szCs w:val="18"/>
          <w:lang w:val="fr-FR"/>
        </w:rPr>
      </w:pPr>
      <w:proofErr w:type="spellStart"/>
      <w:proofErr w:type="gramStart"/>
      <w:r w:rsidRPr="007F2503">
        <w:rPr>
          <w:sz w:val="18"/>
          <w:szCs w:val="18"/>
          <w:lang w:val="fr-FR"/>
        </w:rPr>
        <w:t>solicit</w:t>
      </w:r>
      <w:proofErr w:type="spellEnd"/>
      <w:r w:rsidRPr="007F2503">
        <w:rPr>
          <w:sz w:val="18"/>
          <w:szCs w:val="18"/>
          <w:lang w:val="fr-FR"/>
        </w:rPr>
        <w:t>:</w:t>
      </w:r>
      <w:proofErr w:type="gramEnd"/>
    </w:p>
    <w:p w14:paraId="09133AEA" w14:textId="41C7D97B" w:rsidR="007F2503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DURATEI DE EXECUȚIE,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proofErr w:type="gramStart"/>
      <w:r w:rsidRPr="007F2503">
        <w:rPr>
          <w:sz w:val="20"/>
          <w:szCs w:val="20"/>
          <w:lang w:val="fr-FR"/>
        </w:rPr>
        <w:t>luni</w:t>
      </w:r>
      <w:proofErr w:type="spellEnd"/>
      <w:r w:rsidRPr="007F2503">
        <w:rPr>
          <w:sz w:val="20"/>
          <w:szCs w:val="20"/>
          <w:lang w:val="fr-FR"/>
        </w:rPr>
        <w:t xml:space="preserve">  /</w:t>
      </w:r>
      <w:proofErr w:type="gramEnd"/>
    </w:p>
    <w:p w14:paraId="035B2E14" w14:textId="2AEF1F8C" w:rsidR="007A6244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VALABILITĂȚII </w:t>
      </w:r>
      <w:proofErr w:type="spellStart"/>
      <w:r w:rsidRPr="007F2503">
        <w:rPr>
          <w:sz w:val="20"/>
          <w:szCs w:val="20"/>
          <w:lang w:val="fr-FR"/>
        </w:rPr>
        <w:t>autorizației</w:t>
      </w:r>
      <w:proofErr w:type="spellEnd"/>
      <w:r w:rsidRPr="007F2503">
        <w:rPr>
          <w:sz w:val="20"/>
          <w:szCs w:val="20"/>
          <w:lang w:val="fr-FR"/>
        </w:rPr>
        <w:t xml:space="preserve">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r w:rsidRPr="007F2503">
        <w:rPr>
          <w:sz w:val="20"/>
          <w:szCs w:val="20"/>
          <w:lang w:val="fr-FR"/>
        </w:rPr>
        <w:t>luni</w:t>
      </w:r>
      <w:proofErr w:type="spellEnd"/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7A6244" w14:paraId="23C4BF84" w14:textId="77777777">
        <w:trPr>
          <w:cantSplit/>
          <w:trHeight w:val="510"/>
        </w:trPr>
        <w:tc>
          <w:tcPr>
            <w:tcW w:w="4818" w:type="dxa"/>
          </w:tcPr>
          <w:p w14:paraId="3A499E2D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De la data</w:t>
            </w:r>
          </w:p>
          <w:p w14:paraId="354602FC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9ED40D5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Până la data</w:t>
            </w:r>
          </w:p>
          <w:p w14:paraId="7DDD098F" w14:textId="77777777" w:rsidR="007A6244" w:rsidRDefault="007A6244">
            <w:pPr>
              <w:keepNext/>
            </w:pPr>
          </w:p>
        </w:tc>
      </w:tr>
      <w:tr w:rsidR="007A6244" w14:paraId="437193AC" w14:textId="77777777">
        <w:trPr>
          <w:cantSplit/>
          <w:trHeight w:val="510"/>
        </w:trPr>
        <w:tc>
          <w:tcPr>
            <w:tcW w:w="4818" w:type="dxa"/>
          </w:tcPr>
          <w:p w14:paraId="4DF3FB80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Stadiul lucrărilor (%)</w:t>
            </w:r>
          </w:p>
          <w:p w14:paraId="24044175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24FE4D1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Data începerii efective</w:t>
            </w:r>
          </w:p>
          <w:p w14:paraId="5E0A126C" w14:textId="77777777" w:rsidR="007A6244" w:rsidRDefault="007A6244">
            <w:pPr>
              <w:keepNext/>
            </w:pPr>
          </w:p>
        </w:tc>
      </w:tr>
      <w:tr w:rsidR="007A6244" w:rsidRPr="007F2503" w14:paraId="2FF65CE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73B1089" w14:textId="77777777" w:rsidR="007A6244" w:rsidRPr="009D5BC3" w:rsidRDefault="00000000">
            <w:pPr>
              <w:keepNext/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Lucrările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rămase</w:t>
            </w:r>
            <w:proofErr w:type="spellEnd"/>
            <w:r w:rsidRPr="009D5BC3">
              <w:rPr>
                <w:sz w:val="16"/>
                <w:lang w:val="fr-FR"/>
              </w:rPr>
              <w:t xml:space="preserve"> de </w:t>
            </w:r>
            <w:proofErr w:type="spellStart"/>
            <w:r w:rsidRPr="009D5BC3">
              <w:rPr>
                <w:sz w:val="16"/>
                <w:lang w:val="fr-FR"/>
              </w:rPr>
              <w:t>executat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și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motivarea</w:t>
            </w:r>
            <w:proofErr w:type="spellEnd"/>
          </w:p>
        </w:tc>
      </w:tr>
      <w:tr w:rsidR="007A6244" w:rsidRPr="007F2503" w14:paraId="723B2689" w14:textId="77777777">
        <w:trPr>
          <w:cantSplit/>
        </w:trPr>
        <w:tc>
          <w:tcPr>
            <w:tcW w:w="9636" w:type="dxa"/>
            <w:gridSpan w:val="2"/>
          </w:tcPr>
          <w:p w14:paraId="195774AC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B23A108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30E592BD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624259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00ED70C9" w14:textId="77777777">
        <w:trPr>
          <w:cantSplit/>
        </w:trPr>
        <w:tc>
          <w:tcPr>
            <w:tcW w:w="9636" w:type="dxa"/>
            <w:shd w:val="clear" w:color="auto" w:fill="F4F4F4"/>
          </w:tcPr>
          <w:p w14:paraId="2678BCBD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7A6244" w:rsidRPr="007F2503" w14:paraId="6B6A0EA2" w14:textId="77777777">
        <w:trPr>
          <w:cantSplit/>
        </w:trPr>
        <w:tc>
          <w:tcPr>
            <w:tcW w:w="9636" w:type="dxa"/>
          </w:tcPr>
          <w:p w14:paraId="300C857E" w14:textId="77777777" w:rsidR="007A6244" w:rsidRPr="009D5BC3" w:rsidRDefault="00000000">
            <w:pPr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☐ </w:t>
            </w:r>
            <w:proofErr w:type="spellStart"/>
            <w:r w:rsidRPr="009D5BC3">
              <w:rPr>
                <w:sz w:val="16"/>
                <w:lang w:val="fr-FR"/>
              </w:rPr>
              <w:t>autorizația</w:t>
            </w:r>
            <w:proofErr w:type="spellEnd"/>
            <w:r w:rsidRPr="009D5BC3">
              <w:rPr>
                <w:sz w:val="16"/>
                <w:lang w:val="fr-FR"/>
              </w:rPr>
              <w:t xml:space="preserve"> de construire (</w:t>
            </w:r>
            <w:proofErr w:type="spellStart"/>
            <w:r w:rsidRPr="009D5BC3">
              <w:rPr>
                <w:sz w:val="16"/>
                <w:lang w:val="fr-FR"/>
              </w:rPr>
              <w:t>în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gramStart"/>
            <w:r w:rsidRPr="009D5BC3">
              <w:rPr>
                <w:sz w:val="16"/>
                <w:lang w:val="fr-FR"/>
              </w:rPr>
              <w:t xml:space="preserve">original)   </w:t>
            </w:r>
            <w:proofErr w:type="gramEnd"/>
            <w:r w:rsidRPr="009D5BC3">
              <w:rPr>
                <w:sz w:val="16"/>
                <w:lang w:val="fr-FR"/>
              </w:rPr>
              <w:t xml:space="preserve">  ☐ </w:t>
            </w:r>
            <w:proofErr w:type="spellStart"/>
            <w:r w:rsidRPr="009D5BC3">
              <w:rPr>
                <w:sz w:val="16"/>
                <w:lang w:val="fr-FR"/>
              </w:rPr>
              <w:t>documentul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privind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achitarea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taxei</w:t>
            </w:r>
            <w:proofErr w:type="spellEnd"/>
            <w:r w:rsidRPr="009D5BC3">
              <w:rPr>
                <w:sz w:val="16"/>
                <w:lang w:val="fr-FR"/>
              </w:rPr>
              <w:t xml:space="preserve"> (copie)</w:t>
            </w:r>
          </w:p>
        </w:tc>
      </w:tr>
    </w:tbl>
    <w:p w14:paraId="5EC05C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A6244" w14:paraId="02CA662B" w14:textId="77777777" w:rsidTr="007F2503">
        <w:trPr>
          <w:cantSplit/>
        </w:trPr>
        <w:tc>
          <w:tcPr>
            <w:tcW w:w="9636" w:type="dxa"/>
            <w:gridSpan w:val="3"/>
            <w:tcBorders>
              <w:bottom w:val="single" w:sz="4" w:space="0" w:color="auto"/>
            </w:tcBorders>
            <w:shd w:val="clear" w:color="auto" w:fill="F4F4F4"/>
          </w:tcPr>
          <w:p w14:paraId="14B1C475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A6244" w14:paraId="0C1B9847" w14:textId="77777777" w:rsidTr="007F2503">
        <w:trPr>
          <w:cantSplit/>
          <w:trHeight w:val="510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32CC" w14:textId="77777777" w:rsidR="007A6244" w:rsidRDefault="00000000">
            <w:r>
              <w:rPr>
                <w:b/>
                <w:color w:val="0D5F78"/>
              </w:rPr>
              <w:t>Data</w:t>
            </w:r>
          </w:p>
          <w:p w14:paraId="00AF9847" w14:textId="77777777" w:rsidR="007A6244" w:rsidRDefault="007A6244"/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8FF1" w14:textId="77777777" w:rsidR="007A6244" w:rsidRDefault="00000000">
            <w:r>
              <w:rPr>
                <w:b/>
                <w:color w:val="0D5F78"/>
              </w:rPr>
              <w:t>Titularul autorizației</w:t>
            </w:r>
          </w:p>
          <w:p w14:paraId="7EABFA92" w14:textId="77777777" w:rsidR="007A6244" w:rsidRDefault="007A6244"/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BFAE" w14:textId="77777777" w:rsidR="007A6244" w:rsidRDefault="00000000">
            <w:r>
              <w:rPr>
                <w:b/>
                <w:color w:val="0D5F78"/>
              </w:rPr>
              <w:t>Semnătura</w:t>
            </w:r>
          </w:p>
          <w:p w14:paraId="189E4DCE" w14:textId="77777777" w:rsidR="007A6244" w:rsidRDefault="007A6244"/>
        </w:tc>
      </w:tr>
    </w:tbl>
    <w:p w14:paraId="19AD975D" w14:textId="77777777" w:rsidR="007A6244" w:rsidRDefault="007A6244">
      <w:pPr>
        <w:spacing w:line="168" w:lineRule="auto"/>
      </w:pPr>
    </w:p>
    <w:sectPr w:rsidR="007A6244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08EB3" w14:textId="77777777" w:rsidR="009C5408" w:rsidRDefault="009C5408">
      <w:r>
        <w:separator/>
      </w:r>
    </w:p>
  </w:endnote>
  <w:endnote w:type="continuationSeparator" w:id="0">
    <w:p w14:paraId="29DC5A01" w14:textId="77777777" w:rsidR="009C5408" w:rsidRDefault="009C5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319F4" w14:textId="2E95B5F8" w:rsidR="007A6244" w:rsidRDefault="00000000">
    <w:pPr>
      <w:pStyle w:val="Subsol"/>
      <w:tabs>
        <w:tab w:val="right" w:pos="9639"/>
      </w:tabs>
    </w:pPr>
    <w:r>
      <w:rPr>
        <w:color w:val="595959"/>
      </w:rPr>
      <w:t xml:space="preserve">F_A_02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AAB71" w14:textId="77777777" w:rsidR="009C5408" w:rsidRDefault="009C5408">
      <w:r>
        <w:separator/>
      </w:r>
    </w:p>
  </w:footnote>
  <w:footnote w:type="continuationSeparator" w:id="0">
    <w:p w14:paraId="3E441D4D" w14:textId="77777777" w:rsidR="009C5408" w:rsidRDefault="009C54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9776214">
    <w:abstractNumId w:val="8"/>
  </w:num>
  <w:num w:numId="2" w16cid:durableId="564149757">
    <w:abstractNumId w:val="6"/>
  </w:num>
  <w:num w:numId="3" w16cid:durableId="1240217645">
    <w:abstractNumId w:val="5"/>
  </w:num>
  <w:num w:numId="4" w16cid:durableId="1832985626">
    <w:abstractNumId w:val="4"/>
  </w:num>
  <w:num w:numId="5" w16cid:durableId="1826778191">
    <w:abstractNumId w:val="7"/>
  </w:num>
  <w:num w:numId="6" w16cid:durableId="465902325">
    <w:abstractNumId w:val="3"/>
  </w:num>
  <w:num w:numId="7" w16cid:durableId="41292924">
    <w:abstractNumId w:val="2"/>
  </w:num>
  <w:num w:numId="8" w16cid:durableId="2011759696">
    <w:abstractNumId w:val="1"/>
  </w:num>
  <w:num w:numId="9" w16cid:durableId="1467773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C103E"/>
    <w:rsid w:val="007A6244"/>
    <w:rsid w:val="007F2503"/>
    <w:rsid w:val="009C5408"/>
    <w:rsid w:val="009D5BC3"/>
    <w:rsid w:val="00AA1D8D"/>
    <w:rsid w:val="00B47730"/>
    <w:rsid w:val="00CB0664"/>
    <w:rsid w:val="00D21BCF"/>
    <w:rsid w:val="00E61A6B"/>
    <w:rsid w:val="00F816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B27A3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218</Words>
  <Characters>1249</Characters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2026-08-24T14:58:00Z</dcterms:modified>
  <cp:category/>
</cp:coreProperties>
</file>