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 xml:space="preserve">Suceava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9C7851E" w14:textId="77777777" w:rsidR="00377113" w:rsidRDefault="00377113">
            <w:pPr>
              <w:keepNext/>
            </w:pPr>
            <w:r>
              <w:t xml:space="preserve">Comuna Ipotești</w:t>
            </w: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118EFA7B" w14:textId="77777777" w:rsidR="00377113" w:rsidRDefault="0037711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