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D3A82" w14:paraId="06AF41C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1892120" w14:textId="77777777" w:rsidR="00DD3A82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4C89B46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EF98D51" w14:textId="77777777" w:rsidR="00DD3A82" w:rsidRDefault="00DD3A82">
            <w:pPr>
              <w:keepNext/>
            </w:pPr>
            <w:r>
              <w:t xml:space="preserve">Suceava</w:t>
            </w:r>
          </w:p>
        </w:tc>
      </w:tr>
      <w:tr w:rsidR="00DD3A82" w14:paraId="5B76870A" w14:textId="77777777">
        <w:trPr>
          <w:cantSplit/>
          <w:trHeight w:val="510"/>
        </w:trPr>
        <w:tc>
          <w:tcPr>
            <w:tcW w:w="1606" w:type="dxa"/>
            <w:vMerge/>
          </w:tcPr>
          <w:p w14:paraId="0C7C4C76" w14:textId="77777777" w:rsidR="00DD3A82" w:rsidRDefault="00DD3A82"/>
        </w:tc>
        <w:tc>
          <w:tcPr>
            <w:tcW w:w="8030" w:type="dxa"/>
            <w:gridSpan w:val="3"/>
          </w:tcPr>
          <w:p w14:paraId="178E0F6E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3FF2AA28" w14:textId="77777777" w:rsidR="00DD3A82" w:rsidRDefault="00DD3A82">
            <w:pPr>
              <w:keepNext/>
            </w:pPr>
            <w:r>
              <w:t xml:space="preserve">Comuna Ipotești</w:t>
            </w:r>
          </w:p>
        </w:tc>
      </w:tr>
      <w:tr w:rsidR="00DD3A82" w14:paraId="3BA2B968" w14:textId="77777777">
        <w:trPr>
          <w:cantSplit/>
          <w:trHeight w:val="510"/>
        </w:trPr>
        <w:tc>
          <w:tcPr>
            <w:tcW w:w="1606" w:type="dxa"/>
            <w:vMerge/>
          </w:tcPr>
          <w:p w14:paraId="6D27618C" w14:textId="77777777" w:rsidR="00DD3A82" w:rsidRDefault="00DD3A82"/>
        </w:tc>
        <w:tc>
          <w:tcPr>
            <w:tcW w:w="2409" w:type="dxa"/>
          </w:tcPr>
          <w:p w14:paraId="1AD62CAD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Cod de identificare fiscală (CIF)</w:t>
            </w:r>
          </w:p>
          <w:p w14:paraId="257CA338" w14:textId="77777777" w:rsidR="00DD3A82" w:rsidRPr="00243741" w:rsidRDefault="00DD3A82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398E61ED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5792F3E0" w14:textId="77777777" w:rsidR="00DD3A82" w:rsidRDefault="00DD3A82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</w:tc>
      </w:tr>
      <w:tr w:rsidR="00DD3A82" w14:paraId="452A7EA6" w14:textId="77777777">
        <w:trPr>
          <w:cantSplit/>
          <w:trHeight w:val="510"/>
        </w:trPr>
        <w:tc>
          <w:tcPr>
            <w:tcW w:w="1606" w:type="dxa"/>
            <w:vMerge/>
          </w:tcPr>
          <w:p w14:paraId="6CAFAD3C" w14:textId="77777777" w:rsidR="00DD3A82" w:rsidRDefault="00DD3A82"/>
        </w:tc>
        <w:tc>
          <w:tcPr>
            <w:tcW w:w="4818" w:type="dxa"/>
            <w:gridSpan w:val="2"/>
          </w:tcPr>
          <w:p w14:paraId="2A95CA90" w14:textId="77777777" w:rsidR="00DD3A82" w:rsidRDefault="00000000">
            <w:r>
              <w:rPr>
                <w:b/>
                <w:color w:val="0D5F78"/>
              </w:rPr>
              <w:t>Nr. înregistrare</w:t>
            </w:r>
          </w:p>
          <w:p w14:paraId="4F88C237" w14:textId="77777777" w:rsidR="00DD3A82" w:rsidRDefault="00DD3A82"/>
        </w:tc>
        <w:tc>
          <w:tcPr>
            <w:tcW w:w="3212" w:type="dxa"/>
          </w:tcPr>
          <w:p w14:paraId="4C8F91E5" w14:textId="77777777" w:rsidR="00DD3A82" w:rsidRDefault="00000000">
            <w:r>
              <w:rPr>
                <w:b/>
                <w:color w:val="0D5F78"/>
              </w:rPr>
              <w:t>Data</w:t>
            </w:r>
          </w:p>
          <w:p w14:paraId="3ADCD6D5" w14:textId="77777777" w:rsidR="00DD3A82" w:rsidRDefault="00DD3A82"/>
        </w:tc>
      </w:tr>
    </w:tbl>
    <w:p w14:paraId="0A4974E8" w14:textId="77777777" w:rsidR="00DD3A82" w:rsidRDefault="00DD3A82">
      <w:pPr>
        <w:spacing w:line="168" w:lineRule="auto"/>
      </w:pPr>
    </w:p>
    <w:p w14:paraId="3F16B083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CERTIFICAT DE URBANISM DE INFORMARE</w:t>
      </w:r>
    </w:p>
    <w:p w14:paraId="647E6F53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DD3A82" w14:paraId="45C69E8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181A5E8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DD3A82" w14:paraId="4D22797A" w14:textId="77777777">
        <w:trPr>
          <w:cantSplit/>
          <w:trHeight w:val="510"/>
        </w:trPr>
        <w:tc>
          <w:tcPr>
            <w:tcW w:w="2409" w:type="dxa"/>
          </w:tcPr>
          <w:p w14:paraId="6FBD8F4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562F04B0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64D3C90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2BD4CDE4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2"/>
          </w:tcPr>
          <w:p w14:paraId="1DEB7953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6D9A224B" w14:textId="77777777" w:rsidR="00DD3A82" w:rsidRDefault="00DD3A82">
            <w:pPr>
              <w:keepNext/>
            </w:pPr>
          </w:p>
        </w:tc>
      </w:tr>
      <w:tr w:rsidR="00DD3A82" w14:paraId="19FA479A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E9B1C41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Documentația de urbanism aplicabilă</w:t>
            </w:r>
          </w:p>
          <w:p w14:paraId="5F97C8C5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nr. / faza PUG · PUZ · PUD</w:t>
            </w:r>
          </w:p>
          <w:p w14:paraId="5CFE21A1" w14:textId="77777777" w:rsidR="00DD3A82" w:rsidRPr="00243741" w:rsidRDefault="00DD3A82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C5D0531" w14:textId="77777777" w:rsidR="00DD3A82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379CEB43" w14:textId="77777777" w:rsidR="00DD3A82" w:rsidRDefault="00DD3A82"/>
        </w:tc>
      </w:tr>
    </w:tbl>
    <w:p w14:paraId="3199A5C1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D3A82" w14:paraId="260CF77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E78A98A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DD3A82" w14:paraId="3A3A39F1" w14:textId="77777777">
        <w:trPr>
          <w:cantSplit/>
        </w:trPr>
        <w:tc>
          <w:tcPr>
            <w:tcW w:w="9636" w:type="dxa"/>
            <w:gridSpan w:val="6"/>
          </w:tcPr>
          <w:p w14:paraId="5A7E4C19" w14:textId="77777777" w:rsidR="00DD3A8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DD3A82" w14:paraId="6FB854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6CDAABD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7B1C0CD8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7E25A1C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4BCD52C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5B4AA62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9D58767" w14:textId="77777777" w:rsidR="00DD3A82" w:rsidRDefault="00DD3A82">
            <w:pPr>
              <w:keepNext/>
            </w:pPr>
          </w:p>
        </w:tc>
      </w:tr>
      <w:tr w:rsidR="00DD3A82" w14:paraId="6EB8BD06" w14:textId="77777777">
        <w:trPr>
          <w:cantSplit/>
          <w:trHeight w:val="510"/>
        </w:trPr>
        <w:tc>
          <w:tcPr>
            <w:tcW w:w="1606" w:type="dxa"/>
          </w:tcPr>
          <w:p w14:paraId="0D9678E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0A7EA09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3"/>
          </w:tcPr>
          <w:p w14:paraId="24CA521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0BCB2CC" w14:textId="77777777" w:rsidR="00DD3A82" w:rsidRDefault="00DD3A82">
            <w:pPr>
              <w:keepNext/>
            </w:pPr>
          </w:p>
        </w:tc>
        <w:tc>
          <w:tcPr>
            <w:tcW w:w="803" w:type="dxa"/>
          </w:tcPr>
          <w:p w14:paraId="6223FF8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A0F639F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5B6D8DD2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4E6A0EF" w14:textId="77777777" w:rsidR="00DD3A82" w:rsidRDefault="00DD3A82">
            <w:pPr>
              <w:keepNext/>
            </w:pPr>
          </w:p>
        </w:tc>
      </w:tr>
      <w:tr w:rsidR="00DD3A82" w14:paraId="621A56BC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03884F8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Număr cadastral</w:t>
            </w:r>
          </w:p>
          <w:p w14:paraId="5351E64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7FAFC0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2A30C54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41CDB6B" w14:textId="77777777" w:rsidR="00DD3A82" w:rsidRDefault="00DD3A82">
            <w:pPr>
              <w:keepNext/>
            </w:pPr>
          </w:p>
        </w:tc>
      </w:tr>
    </w:tbl>
    <w:p w14:paraId="0738DB2A" w14:textId="77777777" w:rsidR="00DD3A82" w:rsidRDefault="00DD3A82">
      <w:pPr>
        <w:spacing w:line="168" w:lineRule="auto"/>
      </w:pPr>
    </w:p>
    <w:p w14:paraId="4B3ECC2E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432BCB6A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040B0AB" w14:textId="77777777">
        <w:trPr>
          <w:cantSplit/>
        </w:trPr>
        <w:tc>
          <w:tcPr>
            <w:tcW w:w="9636" w:type="dxa"/>
            <w:shd w:val="clear" w:color="auto" w:fill="F4F4F4"/>
          </w:tcPr>
          <w:p w14:paraId="02277F06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DD3A82" w14:paraId="64004D3F" w14:textId="77777777">
        <w:trPr>
          <w:cantSplit/>
        </w:trPr>
        <w:tc>
          <w:tcPr>
            <w:tcW w:w="9636" w:type="dxa"/>
          </w:tcPr>
          <w:p w14:paraId="0CC65F67" w14:textId="77777777" w:rsidR="00DD3A82" w:rsidRDefault="00DD3A82">
            <w:pPr>
              <w:spacing w:after="80"/>
            </w:pPr>
          </w:p>
          <w:p w14:paraId="31469D47" w14:textId="77777777" w:rsidR="00DD3A82" w:rsidRDefault="00DD3A82">
            <w:pPr>
              <w:spacing w:after="80"/>
            </w:pPr>
          </w:p>
          <w:p w14:paraId="7D0C82BB" w14:textId="77777777" w:rsidR="00DD3A82" w:rsidRDefault="00DD3A82">
            <w:pPr>
              <w:spacing w:after="80"/>
            </w:pPr>
          </w:p>
        </w:tc>
      </w:tr>
    </w:tbl>
    <w:p w14:paraId="7AA059E7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1ADA7BB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4A5E1F5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DD3A82" w:rsidRPr="005A0856" w14:paraId="24AEF213" w14:textId="77777777">
        <w:trPr>
          <w:cantSplit/>
        </w:trPr>
        <w:tc>
          <w:tcPr>
            <w:tcW w:w="8030" w:type="dxa"/>
            <w:shd w:val="clear" w:color="auto" w:fill="F4F4F4"/>
          </w:tcPr>
          <w:p w14:paraId="4AC85A11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0334286E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2FFA6C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13F86910" w14:textId="77777777">
        <w:trPr>
          <w:cantSplit/>
          <w:trHeight w:val="849"/>
        </w:trPr>
        <w:tc>
          <w:tcPr>
            <w:tcW w:w="8030" w:type="dxa"/>
          </w:tcPr>
          <w:p w14:paraId="6689871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5100E11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7FA683F7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504CBD0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221A892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DD3A82" w:rsidRPr="005A0856" w14:paraId="7106509B" w14:textId="77777777">
        <w:trPr>
          <w:cantSplit/>
        </w:trPr>
        <w:tc>
          <w:tcPr>
            <w:tcW w:w="8030" w:type="dxa"/>
            <w:shd w:val="clear" w:color="auto" w:fill="F4F4F4"/>
          </w:tcPr>
          <w:p w14:paraId="2AFCCD8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3F64691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A1F622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3B18E8DD" w14:textId="77777777">
        <w:trPr>
          <w:cantSplit/>
          <w:trHeight w:val="849"/>
        </w:trPr>
        <w:tc>
          <w:tcPr>
            <w:tcW w:w="8030" w:type="dxa"/>
          </w:tcPr>
          <w:p w14:paraId="1A4F389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C3B542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57EA1953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39C821ED" w14:textId="77777777">
        <w:trPr>
          <w:cantSplit/>
        </w:trPr>
        <w:tc>
          <w:tcPr>
            <w:tcW w:w="9636" w:type="dxa"/>
            <w:shd w:val="clear" w:color="auto" w:fill="F4F4F4"/>
          </w:tcPr>
          <w:p w14:paraId="4ADA7505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DD3A82" w14:paraId="644B648C" w14:textId="77777777">
        <w:trPr>
          <w:cantSplit/>
        </w:trPr>
        <w:tc>
          <w:tcPr>
            <w:tcW w:w="9636" w:type="dxa"/>
          </w:tcPr>
          <w:p w14:paraId="4DCA4428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63A5A22C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B5D44A6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22AF1A2" w14:textId="77777777">
        <w:trPr>
          <w:cantSplit/>
        </w:trPr>
        <w:tc>
          <w:tcPr>
            <w:tcW w:w="9636" w:type="dxa"/>
            <w:shd w:val="clear" w:color="auto" w:fill="F4F4F4"/>
          </w:tcPr>
          <w:p w14:paraId="041F5C77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DD3A82" w14:paraId="562792D2" w14:textId="77777777">
        <w:trPr>
          <w:cantSplit/>
        </w:trPr>
        <w:tc>
          <w:tcPr>
            <w:tcW w:w="9636" w:type="dxa"/>
          </w:tcPr>
          <w:p w14:paraId="0484BABB" w14:textId="77777777" w:rsidR="00DD3A82" w:rsidRDefault="00000000">
            <w:r>
              <w:rPr>
                <w:sz w:val="16"/>
              </w:rPr>
              <w:t>☐ extras din sistemul GIS cu rețelele edilitare, după caz</w:t>
            </w:r>
          </w:p>
          <w:p w14:paraId="72FC5A78" w14:textId="77777777" w:rsidR="00DD3A82" w:rsidRDefault="00000000">
            <w:r>
              <w:rPr>
                <w:sz w:val="16"/>
              </w:rPr>
              <w:t>☐ plan de încadrare în documentația de urbanism aplicabilă, după caz</w:t>
            </w:r>
          </w:p>
        </w:tc>
      </w:tr>
    </w:tbl>
    <w:p w14:paraId="65A8D9C5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212"/>
        <w:gridCol w:w="4015"/>
      </w:tblGrid>
      <w:tr w:rsidR="00DD3A82" w14:paraId="293653D8" w14:textId="77777777" w:rsidTr="00243741">
        <w:trPr>
          <w:cantSplit/>
          <w:trHeight w:val="38"/>
        </w:trPr>
        <w:tc>
          <w:tcPr>
            <w:tcW w:w="9636" w:type="dxa"/>
            <w:gridSpan w:val="3"/>
            <w:shd w:val="clear" w:color="auto" w:fill="F4F4F4"/>
          </w:tcPr>
          <w:p w14:paraId="19B754A1" w14:textId="5B652CB9" w:rsidR="00DD3A82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A0856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DD3A82" w14:paraId="602E68D1" w14:textId="77777777">
        <w:trPr>
          <w:cantSplit/>
          <w:trHeight w:val="680"/>
        </w:trPr>
        <w:tc>
          <w:tcPr>
            <w:tcW w:w="9636" w:type="dxa"/>
            <w:gridSpan w:val="3"/>
          </w:tcPr>
          <w:p w14:paraId="243B5784" w14:textId="77777777" w:rsidR="00DD3A82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39938D3" w14:textId="77777777" w:rsidR="00DD3A82" w:rsidRDefault="00DD3A82">
            <w:pPr>
              <w:keepNext/>
              <w:spacing w:after="200"/>
            </w:pPr>
          </w:p>
          <w:p w14:paraId="7825B045" w14:textId="77777777" w:rsidR="00DD3A82" w:rsidRDefault="00DD3A82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8E83B0E" w14:textId="77777777" w:rsidR="00DD3A82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DD3A82" w:rsidRPr="005A0856" w14:paraId="56042AC8" w14:textId="77777777">
        <w:trPr>
          <w:cantSplit/>
          <w:trHeight w:val="510"/>
        </w:trPr>
        <w:tc>
          <w:tcPr>
            <w:tcW w:w="2409" w:type="dxa"/>
          </w:tcPr>
          <w:p w14:paraId="6F7806DE" w14:textId="77777777" w:rsidR="00DD3A82" w:rsidRDefault="00000000">
            <w:r>
              <w:rPr>
                <w:b/>
                <w:color w:val="0D5F78"/>
              </w:rPr>
              <w:t>Achitat taxa de (lei)</w:t>
            </w:r>
          </w:p>
          <w:p w14:paraId="6AAC76E5" w14:textId="77777777" w:rsidR="00DD3A82" w:rsidRDefault="00DD3A82"/>
        </w:tc>
        <w:tc>
          <w:tcPr>
            <w:tcW w:w="3212" w:type="dxa"/>
          </w:tcPr>
          <w:p w14:paraId="755A1FF5" w14:textId="77777777" w:rsidR="00DD3A82" w:rsidRDefault="00000000">
            <w:r>
              <w:rPr>
                <w:b/>
                <w:color w:val="0D5F78"/>
              </w:rPr>
              <w:t>Chitanța nr. / data</w:t>
            </w:r>
          </w:p>
          <w:p w14:paraId="1D88E202" w14:textId="77777777" w:rsidR="00DD3A82" w:rsidRDefault="00DD3A82"/>
        </w:tc>
        <w:tc>
          <w:tcPr>
            <w:tcW w:w="4015" w:type="dxa"/>
          </w:tcPr>
          <w:p w14:paraId="27531EB3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Transmis solicitantului la data</w:t>
            </w:r>
          </w:p>
          <w:p w14:paraId="3ACD86CE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direct / prin poștă / digital</w:t>
            </w:r>
          </w:p>
          <w:p w14:paraId="79B95523" w14:textId="77777777" w:rsidR="00DD3A82" w:rsidRPr="00243741" w:rsidRDefault="00DD3A82">
            <w:pPr>
              <w:rPr>
                <w:lang w:val="fr-FR"/>
              </w:rPr>
            </w:pPr>
          </w:p>
        </w:tc>
      </w:tr>
    </w:tbl>
    <w:p w14:paraId="78EA194A" w14:textId="77777777" w:rsidR="00DD3A82" w:rsidRPr="00243741" w:rsidRDefault="00DD3A82">
      <w:pPr>
        <w:spacing w:line="168" w:lineRule="auto"/>
        <w:rPr>
          <w:lang w:val="fr-FR"/>
        </w:rPr>
      </w:pPr>
    </w:p>
    <w:sectPr w:rsidR="00DD3A82" w:rsidRPr="00243741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ACB0" w14:textId="77777777" w:rsidR="00414201" w:rsidRDefault="00414201">
      <w:r>
        <w:separator/>
      </w:r>
    </w:p>
  </w:endnote>
  <w:endnote w:type="continuationSeparator" w:id="0">
    <w:p w14:paraId="633FE896" w14:textId="77777777" w:rsidR="00414201" w:rsidRDefault="0041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8866" w14:textId="77777777" w:rsidR="00DD3A82" w:rsidRDefault="00000000">
    <w:pPr>
      <w:pStyle w:val="Subsol"/>
      <w:tabs>
        <w:tab w:val="right" w:pos="9639"/>
      </w:tabs>
    </w:pPr>
    <w:r>
      <w:rPr>
        <w:color w:val="595959"/>
      </w:rPr>
      <w:t>F_CU_05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74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74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106C" w14:textId="77777777" w:rsidR="00414201" w:rsidRDefault="00414201">
      <w:r>
        <w:separator/>
      </w:r>
    </w:p>
  </w:footnote>
  <w:footnote w:type="continuationSeparator" w:id="0">
    <w:p w14:paraId="1B4EF6F8" w14:textId="77777777" w:rsidR="00414201" w:rsidRDefault="00414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94050">
    <w:abstractNumId w:val="8"/>
  </w:num>
  <w:num w:numId="2" w16cid:durableId="1177189012">
    <w:abstractNumId w:val="6"/>
  </w:num>
  <w:num w:numId="3" w16cid:durableId="1050960297">
    <w:abstractNumId w:val="5"/>
  </w:num>
  <w:num w:numId="4" w16cid:durableId="872116732">
    <w:abstractNumId w:val="4"/>
  </w:num>
  <w:num w:numId="5" w16cid:durableId="1253315966">
    <w:abstractNumId w:val="7"/>
  </w:num>
  <w:num w:numId="6" w16cid:durableId="1397125055">
    <w:abstractNumId w:val="3"/>
  </w:num>
  <w:num w:numId="7" w16cid:durableId="969824586">
    <w:abstractNumId w:val="2"/>
  </w:num>
  <w:num w:numId="8" w16cid:durableId="1071386525">
    <w:abstractNumId w:val="1"/>
  </w:num>
  <w:num w:numId="9" w16cid:durableId="19830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741"/>
    <w:rsid w:val="0029639D"/>
    <w:rsid w:val="002D094A"/>
    <w:rsid w:val="00326F90"/>
    <w:rsid w:val="00414201"/>
    <w:rsid w:val="005A0856"/>
    <w:rsid w:val="006C103E"/>
    <w:rsid w:val="00AA1D8D"/>
    <w:rsid w:val="00B47730"/>
    <w:rsid w:val="00C858A9"/>
    <w:rsid w:val="00CB0664"/>
    <w:rsid w:val="00DD3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1877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1054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