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4338B" w14:paraId="49DEB83C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115C6AC" w14:textId="77777777" w:rsidR="0014338B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siglă</w:t>
            </w:r>
            <w:proofErr w:type="spellEnd"/>
            <w:r>
              <w:rPr>
                <w:i/>
                <w:color w:val="595959"/>
              </w:rPr>
              <w:t xml:space="preserve"> / </w:t>
            </w:r>
            <w:proofErr w:type="spellStart"/>
            <w:r>
              <w:rPr>
                <w:i/>
                <w:color w:val="595959"/>
              </w:rPr>
              <w:t>stemă</w:t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4B739B36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164195" w14:textId="77777777" w:rsidR="0014338B" w:rsidRDefault="0014338B">
            <w:pPr>
              <w:keepNext/>
            </w:pPr>
            <w:r>
              <w:t xml:space="preserve">Suceava</w:t>
            </w:r>
          </w:p>
        </w:tc>
      </w:tr>
      <w:tr w:rsidR="0014338B" w:rsidRPr="00143D03" w14:paraId="34CF874E" w14:textId="77777777">
        <w:trPr>
          <w:cantSplit/>
          <w:trHeight w:val="510"/>
        </w:trPr>
        <w:tc>
          <w:tcPr>
            <w:tcW w:w="1606" w:type="dxa"/>
            <w:vMerge/>
          </w:tcPr>
          <w:p w14:paraId="004EBE1A" w14:textId="77777777" w:rsidR="0014338B" w:rsidRDefault="0014338B"/>
        </w:tc>
        <w:tc>
          <w:tcPr>
            <w:tcW w:w="8030" w:type="dxa"/>
            <w:gridSpan w:val="3"/>
            <w:shd w:val="clear" w:color="auto" w:fill="F0F0F0"/>
          </w:tcPr>
          <w:p w14:paraId="00F75F0A" w14:textId="77777777" w:rsidR="00895605" w:rsidRPr="00006396" w:rsidRDefault="00895605" w:rsidP="00895605">
            <w:pPr>
              <w:keepNext/>
              <w:rPr>
                <w:lang w:val="fr-FR"/>
              </w:rPr>
            </w:pPr>
            <w:r w:rsidRPr="00006396">
              <w:rPr>
                <w:b/>
                <w:color w:val="0D5F78"/>
                <w:lang w:val="fr-FR"/>
              </w:rPr>
              <w:t xml:space="preserve">Inspectoratul de Stat </w:t>
            </w:r>
            <w:proofErr w:type="spellStart"/>
            <w:r w:rsidRPr="00006396">
              <w:rPr>
                <w:b/>
                <w:color w:val="0D5F78"/>
                <w:lang w:val="fr-FR"/>
              </w:rPr>
              <w:t>în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nstrucții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– Inspectoratul </w:t>
            </w:r>
            <w:proofErr w:type="spellStart"/>
            <w:r>
              <w:rPr>
                <w:b/>
                <w:color w:val="0D5F78"/>
                <w:lang w:val="fr-FR"/>
              </w:rPr>
              <w:t>Teritorial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în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Construcții</w:t>
            </w:r>
            <w:proofErr w:type="spellEnd"/>
          </w:p>
          <w:p w14:paraId="07FA9FC2" w14:textId="77777777" w:rsidR="0014338B" w:rsidRPr="00895605" w:rsidRDefault="0014338B">
            <w:pPr>
              <w:keepNext/>
              <w:rPr>
                <w:lang w:val="fr-FR"/>
              </w:rPr>
            </w:pPr>
            <w:r>
              <w:t xml:space="preserve">Suceava</w:t>
            </w:r>
          </w:p>
        </w:tc>
      </w:tr>
      <w:tr w:rsidR="0014338B" w14:paraId="5B797998" w14:textId="77777777">
        <w:trPr>
          <w:cantSplit/>
          <w:trHeight w:val="510"/>
        </w:trPr>
        <w:tc>
          <w:tcPr>
            <w:tcW w:w="1606" w:type="dxa"/>
            <w:vMerge/>
          </w:tcPr>
          <w:p w14:paraId="18868D29" w14:textId="77777777" w:rsidR="0014338B" w:rsidRPr="00895605" w:rsidRDefault="0014338B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14:paraId="7CE21EDB" w14:textId="77777777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(CIF)</w:t>
            </w:r>
          </w:p>
          <w:p w14:paraId="09C6A3E9" w14:textId="77777777" w:rsidR="0014338B" w:rsidRPr="00895605" w:rsidRDefault="0014338B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248AC7EF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B24EEB1" w14:textId="77777777" w:rsidR="0014338B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52E5F875" w14:textId="77777777" w:rsidR="0014338B" w:rsidRDefault="0014338B">
            <w:pPr>
              <w:keepNext/>
            </w:pPr>
          </w:p>
        </w:tc>
      </w:tr>
      <w:tr w:rsidR="0014338B" w14:paraId="2EFFF94C" w14:textId="77777777">
        <w:trPr>
          <w:cantSplit/>
          <w:trHeight w:val="510"/>
        </w:trPr>
        <w:tc>
          <w:tcPr>
            <w:tcW w:w="1606" w:type="dxa"/>
            <w:vMerge/>
          </w:tcPr>
          <w:p w14:paraId="5E3A94EF" w14:textId="77777777" w:rsidR="0014338B" w:rsidRDefault="0014338B"/>
        </w:tc>
        <w:tc>
          <w:tcPr>
            <w:tcW w:w="4818" w:type="dxa"/>
            <w:gridSpan w:val="2"/>
            <w:shd w:val="clear" w:color="auto" w:fill="F0F0F0"/>
          </w:tcPr>
          <w:p w14:paraId="08707111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CAE3D4A" w14:textId="77777777" w:rsidR="0014338B" w:rsidRDefault="0014338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3722ED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E7C3B68" w14:textId="77777777" w:rsidR="0014338B" w:rsidRDefault="0014338B">
            <w:pPr>
              <w:keepNext/>
            </w:pPr>
          </w:p>
        </w:tc>
      </w:tr>
      <w:tr w:rsidR="0014338B" w:rsidRPr="00143D03" w14:paraId="31A4DB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D0B9D78" w14:textId="77777777" w:rsidR="0014338B" w:rsidRPr="00895605" w:rsidRDefault="00000000">
            <w:pPr>
              <w:rPr>
                <w:lang w:val="fr-FR"/>
              </w:rPr>
            </w:pPr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595959"/>
                <w:lang w:val="fr-FR"/>
              </w:rPr>
              <w:t>se</w:t>
            </w:r>
            <w:proofErr w:type="gram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scrie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în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822D713" w14:textId="77777777" w:rsidR="0014338B" w:rsidRPr="00143D03" w:rsidRDefault="00000000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000000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77777777"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000000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A28677F" w14:textId="77777777" w:rsidR="0014338B" w:rsidRDefault="0014338B">
            <w:pPr>
              <w:keepNext/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000000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proofErr w:type="gram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  <w:proofErr w:type="gramEnd"/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000000" w:rsidP="00C25235">
            <w:pPr>
              <w:rPr>
                <w:lang w:val="fr-FR"/>
              </w:rPr>
            </w:pPr>
            <w:proofErr w:type="spellStart"/>
            <w:proofErr w:type="gram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proofErr w:type="gram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000000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Default="000000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21B0CB" w14:textId="77777777" w:rsidR="0014338B" w:rsidRDefault="0014338B"/>
        </w:tc>
        <w:tc>
          <w:tcPr>
            <w:tcW w:w="1606" w:type="dxa"/>
          </w:tcPr>
          <w:p w14:paraId="138840AD" w14:textId="77777777" w:rsidR="0014338B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D25FA05" w14:textId="77777777" w:rsidR="0014338B" w:rsidRDefault="0014338B"/>
        </w:tc>
        <w:tc>
          <w:tcPr>
            <w:tcW w:w="5621" w:type="dxa"/>
          </w:tcPr>
          <w:p w14:paraId="64F59577" w14:textId="77777777" w:rsidR="0014338B" w:rsidRPr="00895605" w:rsidRDefault="00000000">
            <w:pPr>
              <w:rPr>
                <w:lang w:val="fr-FR"/>
              </w:rPr>
            </w:pPr>
            <w:proofErr w:type="gramStart"/>
            <w:r w:rsidRPr="00895605">
              <w:rPr>
                <w:b/>
                <w:color w:val="0D5F78"/>
                <w:lang w:val="fr-FR"/>
              </w:rPr>
              <w:t>au</w:t>
            </w:r>
            <w:proofErr w:type="gram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C73D59D" w14:textId="77777777" w:rsidR="0014338B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42D6CAA4" w14:textId="77777777" w:rsidR="0014338B" w:rsidRDefault="0014338B"/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elgri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04B8A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542C72AC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48381D6E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2BCDE2D9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84692A" w14:textId="77777777" w:rsidR="0014338B" w:rsidRDefault="0014338B">
            <w:pPr>
              <w:keepNext/>
            </w:pPr>
          </w:p>
        </w:tc>
      </w:tr>
      <w:tr w:rsidR="0014338B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6191C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14:paraId="5C79E1D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AD8C27A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78A99AF5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DAAA4A3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367ACFF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0890CE6" w14:textId="77777777" w:rsidR="0014338B" w:rsidRDefault="0014338B">
            <w:pPr>
              <w:keepNext/>
            </w:pPr>
          </w:p>
        </w:tc>
      </w:tr>
      <w:tr w:rsidR="0014338B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895605" w:rsidRDefault="00000000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14:paraId="1C5C5AD1" w14:textId="39A27CD2" w:rsidR="0014338B" w:rsidRPr="00895605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1B933EAE" w14:textId="77777777" w:rsidR="0014338B" w:rsidRDefault="0014338B">
            <w:pPr>
              <w:keepNext/>
            </w:pPr>
          </w:p>
        </w:tc>
      </w:tr>
      <w:tr w:rsidR="0014338B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Default="00000000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Tabelgri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elgri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C25235" w:rsidRDefault="00FC030E" w:rsidP="00FC030E"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art.</w:t>
            </w:r>
            <w:proofErr w:type="gramEnd"/>
            <w:r w:rsidRPr="00143D03">
              <w:rPr>
                <w:i/>
                <w:color w:val="7A7A7A"/>
              </w:rPr>
              <w:t xml:space="preserve">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0,1%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ca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gramStart"/>
            <w:r w:rsidRPr="00143D03">
              <w:rPr>
                <w:b/>
                <w:color w:val="0D5F78"/>
              </w:rPr>
              <w:t>a</w:t>
            </w:r>
            <w:proofErr w:type="gram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CC429A">
              <w:rPr>
                <w:b/>
                <w:color w:val="0D5F78"/>
                <w:lang w:val="fr-FR"/>
              </w:rPr>
              <w:t>ca</w:t>
            </w:r>
            <w:proofErr w:type="gram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 xml:space="preserve">artea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f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14:paraId="718E9247" w14:textId="27D46E68" w:rsidR="0051574A" w:rsidRPr="00143D03" w:rsidRDefault="0051574A" w:rsidP="0051574A">
            <w:pPr>
              <w:pStyle w:val="Listparagraf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058EACA7" w14:textId="1B9C4DB8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Anghel Saligny)</w:t>
            </w:r>
          </w:p>
          <w:p w14:paraId="4D8223B6" w14:textId="29947F06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14A0DAEE" w14:textId="7FB01D63"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79FB9FD1" w14:textId="1D247EA6"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452F2071" w14:textId="1598DA09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3BFC7148" w14:textId="5FC438FE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5E92B604" w14:textId="1DC43715" w:rsidR="0051574A" w:rsidRPr="0051574A" w:rsidRDefault="0051574A" w:rsidP="0051574A">
            <w:pPr>
              <w:pStyle w:val="Listparagraf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3D5D8FA5" w14:textId="2A326A3A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 Mihail Cantacuzino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„Mihail Cantacuzino”)</w:t>
            </w:r>
          </w:p>
          <w:p w14:paraId="495C7EC3" w14:textId="30493979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14:paraId="7C77E62A" w14:textId="4A557346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14:paraId="1EC5C59B" w14:textId="2B2D182D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14:paraId="47F07E2C" w14:textId="77777777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</w:t>
            </w:r>
            <w:proofErr w:type="spellStart"/>
            <w:proofErr w:type="gram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>:</w:t>
            </w:r>
            <w:proofErr w:type="gramEnd"/>
            <w:r w:rsidRPr="00143D03">
              <w:rPr>
                <w:sz w:val="16"/>
                <w:lang w:val="fr-FR"/>
              </w:rPr>
              <w:t xml:space="preserve"> </w:t>
            </w:r>
          </w:p>
          <w:p w14:paraId="243A97F6" w14:textId="702530A1" w:rsidR="0051574A" w:rsidRPr="00143D03" w:rsidRDefault="0051574A" w:rsidP="0051574A">
            <w:pPr>
              <w:pStyle w:val="Listparagraf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         </w:t>
            </w:r>
            <w:proofErr w:type="gramStart"/>
            <w:r w:rsidRPr="00143D03">
              <w:rPr>
                <w:sz w:val="16"/>
                <w:lang w:val="fr-FR"/>
              </w:rPr>
              <w:t xml:space="preserve">  .</w:t>
            </w:r>
            <w:proofErr w:type="gramEnd"/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Default="00000000">
            <w:r>
              <w:rPr>
                <w:b/>
                <w:color w:val="0D5F78"/>
              </w:rPr>
              <w:t>Data</w:t>
            </w:r>
          </w:p>
          <w:p w14:paraId="7704443C" w14:textId="77777777" w:rsidR="0014338B" w:rsidRDefault="0014338B"/>
        </w:tc>
        <w:tc>
          <w:tcPr>
            <w:tcW w:w="4818" w:type="dxa"/>
          </w:tcPr>
          <w:p w14:paraId="79BA9752" w14:textId="77777777" w:rsidR="0014338B" w:rsidRDefault="0000000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64C29CA" w14:textId="77777777" w:rsidR="0014338B" w:rsidRDefault="0014338B"/>
        </w:tc>
        <w:tc>
          <w:tcPr>
            <w:tcW w:w="3212" w:type="dxa"/>
          </w:tcPr>
          <w:p w14:paraId="32EBEDBF" w14:textId="77777777" w:rsidR="0014338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00C772E" w14:textId="77777777" w:rsidR="0014338B" w:rsidRDefault="0014338B"/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footerReference w:type="default" r:id="rId9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0FBD5" w14:textId="77777777" w:rsidR="009C25E8" w:rsidRDefault="009C25E8">
      <w:r>
        <w:separator/>
      </w:r>
    </w:p>
  </w:endnote>
  <w:endnote w:type="continuationSeparator" w:id="0">
    <w:p w14:paraId="500DCA70" w14:textId="77777777" w:rsidR="009C25E8" w:rsidRDefault="009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7B9" w14:textId="292A9877" w:rsidR="0014338B" w:rsidRDefault="00000000">
    <w:pPr>
      <w:pStyle w:val="Subsol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956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9560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E54C5" w14:textId="77777777" w:rsidR="009C25E8" w:rsidRDefault="009C25E8">
      <w:r>
        <w:separator/>
      </w:r>
    </w:p>
  </w:footnote>
  <w:footnote w:type="continuationSeparator" w:id="0">
    <w:p w14:paraId="51DFC6BB" w14:textId="77777777" w:rsidR="009C25E8" w:rsidRDefault="009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2592" w14:textId="4FBCAD37" w:rsidR="00143D03" w:rsidRDefault="00143D03" w:rsidP="00143D03">
    <w:pPr>
      <w:pStyle w:val="Antet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0BF74728" w14:textId="77777777" w:rsidR="00143D03" w:rsidRPr="00143D03" w:rsidRDefault="00143D03" w:rsidP="00143D0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957481">
    <w:abstractNumId w:val="8"/>
  </w:num>
  <w:num w:numId="2" w16cid:durableId="676998350">
    <w:abstractNumId w:val="6"/>
  </w:num>
  <w:num w:numId="3" w16cid:durableId="1364941888">
    <w:abstractNumId w:val="5"/>
  </w:num>
  <w:num w:numId="4" w16cid:durableId="478615148">
    <w:abstractNumId w:val="4"/>
  </w:num>
  <w:num w:numId="5" w16cid:durableId="445585796">
    <w:abstractNumId w:val="7"/>
  </w:num>
  <w:num w:numId="6" w16cid:durableId="131560509">
    <w:abstractNumId w:val="3"/>
  </w:num>
  <w:num w:numId="7" w16cid:durableId="1432049056">
    <w:abstractNumId w:val="2"/>
  </w:num>
  <w:num w:numId="8" w16cid:durableId="4208785">
    <w:abstractNumId w:val="1"/>
  </w:num>
  <w:num w:numId="9" w16cid:durableId="827479698">
    <w:abstractNumId w:val="0"/>
  </w:num>
  <w:num w:numId="10" w16cid:durableId="62992014">
    <w:abstractNumId w:val="9"/>
  </w:num>
  <w:num w:numId="11" w16cid:durableId="778910850">
    <w:abstractNumId w:val="13"/>
  </w:num>
  <w:num w:numId="12" w16cid:durableId="915942442">
    <w:abstractNumId w:val="12"/>
  </w:num>
  <w:num w:numId="13" w16cid:durableId="772894671">
    <w:abstractNumId w:val="11"/>
  </w:num>
  <w:num w:numId="14" w16cid:durableId="118679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29639D"/>
    <w:rsid w:val="0031695F"/>
    <w:rsid w:val="00326F90"/>
    <w:rsid w:val="00365E65"/>
    <w:rsid w:val="00442B61"/>
    <w:rsid w:val="004A4CBC"/>
    <w:rsid w:val="004E233A"/>
    <w:rsid w:val="0051574A"/>
    <w:rsid w:val="005903A8"/>
    <w:rsid w:val="005C403B"/>
    <w:rsid w:val="006A1DB8"/>
    <w:rsid w:val="006D7C9B"/>
    <w:rsid w:val="00765D3C"/>
    <w:rsid w:val="00782BA8"/>
    <w:rsid w:val="007B0A4D"/>
    <w:rsid w:val="00895605"/>
    <w:rsid w:val="0091423B"/>
    <w:rsid w:val="0095442A"/>
    <w:rsid w:val="009C25E8"/>
    <w:rsid w:val="009D2314"/>
    <w:rsid w:val="00AA1D8D"/>
    <w:rsid w:val="00B11050"/>
    <w:rsid w:val="00B35B08"/>
    <w:rsid w:val="00B47730"/>
    <w:rsid w:val="00B56B5D"/>
    <w:rsid w:val="00B862D0"/>
    <w:rsid w:val="00C25235"/>
    <w:rsid w:val="00C330B3"/>
    <w:rsid w:val="00C75A7A"/>
    <w:rsid w:val="00CB0664"/>
    <w:rsid w:val="00CC429A"/>
    <w:rsid w:val="00D028D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25235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712</Words>
  <Characters>4063</Characters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2026-08-24T15:51:00Z</dcterms:modified>
  <cp:category/>
</cp:coreProperties>
</file>