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77777777" w:rsidR="00AD35FD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3D9566" w14:textId="77777777" w:rsidR="00AD35FD" w:rsidRDefault="00AD35FD">
            <w:pPr>
              <w:keepNext/>
            </w:pPr>
            <w:r>
              <w:t xml:space="preserve">Suceava</w:t>
            </w: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411B3CAD" w14:textId="77777777" w:rsidR="00AD35FD" w:rsidRDefault="00AD35FD">
            <w:pPr>
              <w:keepNext/>
            </w:pPr>
            <w:r>
              <w:t xml:space="preserve">Comuna Ipotești</w:t>
            </w: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77777777" w:rsidR="00AD35FD" w:rsidRPr="007050CD" w:rsidRDefault="00AD35FD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C11E709" w14:textId="77777777" w:rsidR="00AD35FD" w:rsidRDefault="00AD35FD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Ipotești</w:t>
            </w:r>
          </w:p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669F9" w14:textId="77777777" w:rsidR="001D6E6F" w:rsidRDefault="001D6E6F">
      <w:r>
        <w:separator/>
      </w:r>
    </w:p>
  </w:endnote>
  <w:endnote w:type="continuationSeparator" w:id="0">
    <w:p w14:paraId="403EFCF9" w14:textId="77777777" w:rsidR="001D6E6F" w:rsidRDefault="001D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98977" w14:textId="77777777" w:rsidR="001D6E6F" w:rsidRDefault="001D6E6F">
      <w:r>
        <w:separator/>
      </w:r>
    </w:p>
  </w:footnote>
  <w:footnote w:type="continuationSeparator" w:id="0">
    <w:p w14:paraId="3BECC982" w14:textId="77777777" w:rsidR="001D6E6F" w:rsidRDefault="001D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8E3393"/>
    <w:rsid w:val="00AA1D8D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1314</Characters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2026-08-24T15:29:00Z</dcterms:modified>
  <cp:category/>
</cp:coreProperties>
</file>