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elgril"/>
        <w:tblW w:w="0" w:type="auto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Look w:val="04A0" w:firstRow="1" w:lastRow="0" w:firstColumn="1" w:lastColumn="0" w:noHBand="0" w:noVBand="1"/>
      </w:tblPr>
      <w:tblGrid>
        <w:gridCol w:w="1606"/>
        <w:gridCol w:w="2409"/>
        <w:gridCol w:w="2409"/>
        <w:gridCol w:w="3212"/>
      </w:tblGrid>
      <w:tr w:rsidR="00C85C0B" w14:paraId="519B4AD2" w14:textId="77777777">
        <w:trPr>
          <w:cantSplit/>
          <w:trHeight w:val="510"/>
        </w:trPr>
        <w:tc>
          <w:tcPr>
            <w:tcW w:w="1606" w:type="dxa"/>
            <w:vMerge w:val="restart"/>
            <w:vAlign w:val="center"/>
          </w:tcPr>
          <w:p w14:paraId="3A88CE79" w14:textId="77777777" w:rsidR="00C85C0B" w:rsidRDefault="00000000">
            <w:pPr>
              <w:keepNext/>
              <w:jc w:val="center"/>
            </w:pPr>
            <w:r>
              <w:drawing>
                <wp:inline distT="0" distB="0" distL="0" distR="0">
                  <wp:extent cx="786848" cy="904875"/>
                  <wp:effectExtent l="0" t="0" r="0" b="0"/>
                  <wp:docPr id="9001" name="Stema" descr="Stem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001" name="Stema" descr="Stem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Stema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6848" cy="904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30" w:type="dxa"/>
            <w:gridSpan w:val="3"/>
            <w:shd w:val="clear" w:color="auto" w:fill="F0F0F0"/>
          </w:tcPr>
          <w:p w14:paraId="2D65C390" w14:textId="77777777" w:rsidR="00C85C0B" w:rsidRDefault="00000000">
            <w:pPr>
              <w:keepNext/>
            </w:pPr>
            <w:r>
              <w:rPr>
                <w:b/>
                <w:color w:val="0D5F78"/>
              </w:rPr>
              <w:t>Județul</w:t>
            </w:r>
          </w:p>
          <w:p w14:paraId="340C295B" w14:textId="77777777" w:rsidR="00C85C0B" w:rsidRDefault="00C85C0B">
            <w:pPr>
              <w:keepNext/>
            </w:pPr>
            <w:r>
              <w:t xml:space="preserve">Suceava</w:t>
            </w:r>
          </w:p>
        </w:tc>
      </w:tr>
      <w:tr w:rsidR="00C85C0B" w14:paraId="0ACFA7D3" w14:textId="77777777">
        <w:trPr>
          <w:cantSplit/>
          <w:trHeight w:val="510"/>
        </w:trPr>
        <w:tc>
          <w:tcPr>
            <w:tcW w:w="1606" w:type="dxa"/>
            <w:vMerge/>
          </w:tcPr>
          <w:p w14:paraId="4D922E0F" w14:textId="77777777" w:rsidR="00C85C0B" w:rsidRDefault="00C85C0B"/>
        </w:tc>
        <w:tc>
          <w:tcPr>
            <w:tcW w:w="8030" w:type="dxa"/>
            <w:gridSpan w:val="3"/>
            <w:shd w:val="clear" w:color="auto" w:fill="F0F0F0"/>
          </w:tcPr>
          <w:p w14:paraId="7BFDD222" w14:textId="77777777" w:rsidR="00C85C0B" w:rsidRDefault="00000000">
            <w:pPr>
              <w:keepNext/>
            </w:pPr>
            <w:r>
              <w:rPr>
                <w:b/>
                <w:color w:val="0D5F78"/>
              </w:rPr>
              <w:t>Autoritatea administrației publice</w:t>
            </w:r>
          </w:p>
          <w:p w14:paraId="537356A4" w14:textId="77777777" w:rsidR="00C85C0B" w:rsidRDefault="00C85C0B">
            <w:pPr>
              <w:keepNext/>
            </w:pPr>
            <w:r>
              <w:t xml:space="preserve">Comuna Ipotești</w:t>
            </w:r>
          </w:p>
        </w:tc>
      </w:tr>
      <w:tr w:rsidR="00C85C0B" w14:paraId="06B81FB7" w14:textId="77777777">
        <w:trPr>
          <w:cantSplit/>
          <w:trHeight w:val="510"/>
        </w:trPr>
        <w:tc>
          <w:tcPr>
            <w:tcW w:w="1606" w:type="dxa"/>
            <w:vMerge/>
          </w:tcPr>
          <w:p w14:paraId="5B65FFC0" w14:textId="77777777" w:rsidR="00C85C0B" w:rsidRDefault="00C85C0B"/>
        </w:tc>
        <w:tc>
          <w:tcPr>
            <w:tcW w:w="2409" w:type="dxa"/>
            <w:shd w:val="clear" w:color="auto" w:fill="F0F0F0"/>
          </w:tcPr>
          <w:p w14:paraId="73114822" w14:textId="77777777" w:rsidR="00C85C0B" w:rsidRPr="00150E80" w:rsidRDefault="00000000">
            <w:pPr>
              <w:keepNext/>
              <w:rPr>
                <w:lang w:val="fr-FR"/>
              </w:rPr>
            </w:pPr>
            <w:r w:rsidRPr="00150E80">
              <w:rPr>
                <w:b/>
                <w:color w:val="0D5F78"/>
                <w:lang w:val="fr-FR"/>
              </w:rPr>
              <w:t>Cod de identificare fiscală (CIF)</w:t>
            </w:r>
          </w:p>
          <w:p w14:paraId="790922F4" w14:textId="77777777" w:rsidR="00C85C0B" w:rsidRPr="00150E80" w:rsidRDefault="00C85C0B">
            <w:pPr>
              <w:keepNext/>
              <w:rPr>
                <w:lang w:val="fr-FR"/>
              </w:rPr>
            </w:pPr>
            <w:r>
              <w:t xml:space="preserve">4244172</w:t>
            </w:r>
          </w:p>
        </w:tc>
        <w:tc>
          <w:tcPr>
            <w:tcW w:w="5621" w:type="dxa"/>
            <w:gridSpan w:val="2"/>
            <w:shd w:val="clear" w:color="auto" w:fill="F0F0F0"/>
          </w:tcPr>
          <w:p w14:paraId="6E8EEC57" w14:textId="77777777" w:rsidR="00C85C0B" w:rsidRDefault="00000000">
            <w:pPr>
              <w:keepNext/>
            </w:pPr>
            <w:r>
              <w:rPr>
                <w:b/>
                <w:color w:val="0D5F78"/>
              </w:rPr>
              <w:t>Adresa oficială</w:t>
            </w:r>
          </w:p>
          <w:p w14:paraId="34178E3A" w14:textId="77777777" w:rsidR="00C85C0B" w:rsidRDefault="00C85C0B">
            <w:pPr>
              <w:keepNext/>
            </w:pPr>
            <w:r>
              <w:t xml:space="preserve">Județul Suceava, Comuna Ipotești, Strada Mihai Viteazu, Nr. 54 · 0230525501 · contact@primariaipotesti.ro</w:t>
            </w:r>
          </w:p>
          <w:p>
            <w:pPr>
              <w:keepNext/>
            </w:pPr>
          </w:p>
        </w:tc>
      </w:tr>
      <w:tr w:rsidR="00C85C0B" w14:paraId="024C8C88" w14:textId="77777777">
        <w:trPr>
          <w:cantSplit/>
          <w:trHeight w:val="510"/>
        </w:trPr>
        <w:tc>
          <w:tcPr>
            <w:tcW w:w="1606" w:type="dxa"/>
            <w:vMerge/>
          </w:tcPr>
          <w:p w14:paraId="60A55E62" w14:textId="77777777" w:rsidR="00C85C0B" w:rsidRDefault="00C85C0B"/>
        </w:tc>
        <w:tc>
          <w:tcPr>
            <w:tcW w:w="4818" w:type="dxa"/>
            <w:gridSpan w:val="2"/>
            <w:shd w:val="clear" w:color="auto" w:fill="F0F0F0"/>
          </w:tcPr>
          <w:p w14:paraId="4322CA91" w14:textId="77777777" w:rsidR="00C85C0B" w:rsidRDefault="00000000">
            <w:pPr>
              <w:keepNext/>
            </w:pPr>
            <w:r>
              <w:rPr>
                <w:b/>
                <w:color w:val="0D5F78"/>
              </w:rPr>
              <w:t>Număr de înregistrare</w:t>
            </w:r>
          </w:p>
          <w:p w14:paraId="28C1E4E9" w14:textId="77777777" w:rsidR="00C85C0B" w:rsidRDefault="00C85C0B">
            <w:pPr>
              <w:keepNext/>
            </w:pPr>
          </w:p>
        </w:tc>
        <w:tc>
          <w:tcPr>
            <w:tcW w:w="3212" w:type="dxa"/>
            <w:shd w:val="clear" w:color="auto" w:fill="F0F0F0"/>
          </w:tcPr>
          <w:p w14:paraId="31777605" w14:textId="77777777" w:rsidR="00C85C0B" w:rsidRDefault="00000000">
            <w:pPr>
              <w:keepNext/>
            </w:pPr>
            <w:r>
              <w:rPr>
                <w:b/>
                <w:color w:val="0D5F78"/>
              </w:rPr>
              <w:t>Data</w:t>
            </w:r>
          </w:p>
          <w:p w14:paraId="4EF75A35" w14:textId="77777777" w:rsidR="00C85C0B" w:rsidRDefault="00C85C0B">
            <w:pPr>
              <w:keepNext/>
            </w:pPr>
          </w:p>
        </w:tc>
      </w:tr>
      <w:tr w:rsidR="00C85C0B" w:rsidRPr="003A7070" w14:paraId="25CEB233" w14:textId="77777777">
        <w:trPr>
          <w:cantSplit/>
        </w:trPr>
        <w:tc>
          <w:tcPr>
            <w:tcW w:w="9636" w:type="dxa"/>
            <w:gridSpan w:val="4"/>
            <w:shd w:val="clear" w:color="auto" w:fill="F0F0F0"/>
          </w:tcPr>
          <w:p w14:paraId="4DB7F8C0" w14:textId="77777777" w:rsidR="00C85C0B" w:rsidRPr="00150E80" w:rsidRDefault="00000000">
            <w:pPr>
              <w:rPr>
                <w:lang w:val="fr-FR"/>
              </w:rPr>
            </w:pPr>
            <w:r w:rsidRPr="00150E80">
              <w:rPr>
                <w:i/>
                <w:color w:val="595959"/>
                <w:lang w:val="fr-FR"/>
              </w:rPr>
              <w:t xml:space="preserve"> se completează de autoritate — solicitantul nu scrie în această zonă</w:t>
            </w:r>
          </w:p>
        </w:tc>
      </w:tr>
    </w:tbl>
    <w:p w14:paraId="05970DD8" w14:textId="77777777" w:rsidR="00C85C0B" w:rsidRPr="00150E80" w:rsidRDefault="00C85C0B">
      <w:pPr>
        <w:spacing w:line="168" w:lineRule="auto"/>
        <w:rPr>
          <w:lang w:val="fr-FR"/>
        </w:rPr>
      </w:pPr>
    </w:p>
    <w:p w14:paraId="0EFADD9B" w14:textId="77777777" w:rsidR="00C85C0B" w:rsidRPr="003A7070" w:rsidRDefault="00000000">
      <w:pPr>
        <w:spacing w:before="140" w:after="40"/>
        <w:jc w:val="center"/>
        <w:rPr>
          <w:sz w:val="28"/>
          <w:szCs w:val="28"/>
        </w:rPr>
      </w:pPr>
      <w:r w:rsidRPr="003A7070">
        <w:rPr>
          <w:b/>
          <w:sz w:val="28"/>
          <w:szCs w:val="28"/>
        </w:rPr>
        <w:t>ÎNȘTIINȚARE</w:t>
      </w:r>
    </w:p>
    <w:p w14:paraId="49143762" w14:textId="77777777" w:rsidR="00C85C0B" w:rsidRDefault="00000000">
      <w:pPr>
        <w:spacing w:after="120"/>
        <w:jc w:val="center"/>
      </w:pPr>
      <w:r>
        <w:rPr>
          <w:sz w:val="19"/>
        </w:rPr>
        <w:t>privind finalizarea lucrărilor notificate și solicitarea participării reprezentantului UAT la recepție</w:t>
      </w:r>
    </w:p>
    <w:p w14:paraId="279D8DA9" w14:textId="77777777" w:rsidR="00C85C0B" w:rsidRDefault="00C85C0B">
      <w:pPr>
        <w:spacing w:after="60" w:line="168" w:lineRule="auto"/>
      </w:pPr>
    </w:p>
    <w:tbl>
      <w:tblPr>
        <w:tblStyle w:val="Tabelgril"/>
        <w:tblW w:w="0" w:type="auto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Look w:val="04A0" w:firstRow="1" w:lastRow="0" w:firstColumn="1" w:lastColumn="0" w:noHBand="0" w:noVBand="1"/>
      </w:tblPr>
      <w:tblGrid>
        <w:gridCol w:w="9636"/>
      </w:tblGrid>
      <w:tr w:rsidR="00C85C0B" w14:paraId="3C6CD726" w14:textId="77777777">
        <w:trPr>
          <w:cantSplit/>
        </w:trPr>
        <w:tc>
          <w:tcPr>
            <w:tcW w:w="9636" w:type="dxa"/>
            <w:shd w:val="clear" w:color="auto" w:fill="F4F4F4"/>
          </w:tcPr>
          <w:p w14:paraId="625044D0" w14:textId="77777777" w:rsidR="00C85C0B" w:rsidRDefault="00000000">
            <w:pPr>
              <w:keepNext/>
            </w:pPr>
            <w:r>
              <w:rPr>
                <w:b/>
                <w:sz w:val="16"/>
              </w:rPr>
              <w:t xml:space="preserve"> 1. </w:t>
            </w:r>
            <w:r>
              <w:rPr>
                <w:b/>
                <w:color w:val="000000"/>
                <w:sz w:val="18"/>
              </w:rPr>
              <w:t>CĂTRE</w:t>
            </w:r>
          </w:p>
        </w:tc>
      </w:tr>
      <w:tr w:rsidR="00C85C0B" w:rsidRPr="00150E80" w14:paraId="037E1A48" w14:textId="77777777">
        <w:trPr>
          <w:cantSplit/>
          <w:trHeight w:val="510"/>
        </w:trPr>
        <w:tc>
          <w:tcPr>
            <w:tcW w:w="9636" w:type="dxa"/>
          </w:tcPr>
          <w:p w14:paraId="3686A2C0" w14:textId="77777777" w:rsidR="00C85C0B" w:rsidRPr="00150E80" w:rsidRDefault="00000000">
            <w:pPr>
              <w:keepNext/>
              <w:rPr>
                <w:lang w:val="fr-FR"/>
              </w:rPr>
            </w:pPr>
            <w:r w:rsidRPr="00150E80">
              <w:rPr>
                <w:b/>
                <w:color w:val="0D5F78"/>
                <w:lang w:val="fr-FR"/>
              </w:rPr>
              <w:t>Instituția</w:t>
            </w:r>
          </w:p>
          <w:p w14:paraId="661E6056" w14:textId="77777777" w:rsidR="00C85C0B" w:rsidRPr="00150E80" w:rsidRDefault="00000000">
            <w:pPr>
              <w:keepNext/>
              <w:rPr>
                <w:lang w:val="fr-FR"/>
              </w:rPr>
            </w:pPr>
            <w:r>
              <w:rPr>
                <w:lang w:val="fr-FR"/>
              </w:rPr>
              <w:t xml:space="preserve">Primăria Comunei Ipotești</w:t>
            </w:r>
          </w:p>
          <w:p w14:paraId="3662B31C" w14:textId="77777777" w:rsidR="00C85C0B" w:rsidRPr="00150E80" w:rsidRDefault="00C85C0B">
            <w:pPr>
              <w:keepNext/>
              <w:rPr>
                <w:lang w:val="fr-FR"/>
              </w:rPr>
            </w:pPr>
          </w:p>
        </w:tc>
      </w:tr>
      <w:tr w:rsidR="00C85C0B" w:rsidRPr="00150E80" w14:paraId="2EC5D0A0" w14:textId="77777777">
        <w:trPr>
          <w:cantSplit/>
        </w:trPr>
        <w:tc>
          <w:tcPr>
            <w:tcW w:w="9636" w:type="dxa"/>
            <w:shd w:val="clear" w:color="auto" w:fill="F4F4F4"/>
          </w:tcPr>
          <w:p w14:paraId="17C2FF38" w14:textId="77777777" w:rsidR="00C85C0B" w:rsidRPr="00150E80" w:rsidRDefault="00000000">
            <w:pPr>
              <w:spacing w:line="228" w:lineRule="auto"/>
              <w:rPr>
                <w:lang w:val="fr-FR"/>
              </w:rPr>
            </w:pPr>
            <w:r w:rsidRPr="00150E80">
              <w:rPr>
                <w:lang w:val="fr-FR"/>
              </w:rPr>
              <w:t>Cererea va fi transmisă către președintele consiliului județean, primarul general, primarul de sector sau primarul municipiului / orașului / comunei, după caz.</w:t>
            </w:r>
          </w:p>
        </w:tc>
      </w:tr>
    </w:tbl>
    <w:p w14:paraId="75E15653" w14:textId="77777777" w:rsidR="00C85C0B" w:rsidRPr="00150E80" w:rsidRDefault="00C85C0B">
      <w:pPr>
        <w:spacing w:line="168" w:lineRule="auto"/>
        <w:rPr>
          <w:lang w:val="fr-FR"/>
        </w:rPr>
      </w:pPr>
    </w:p>
    <w:tbl>
      <w:tblPr>
        <w:tblStyle w:val="Tabelgril"/>
        <w:tblW w:w="0" w:type="auto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Look w:val="04A0" w:firstRow="1" w:lastRow="0" w:firstColumn="1" w:lastColumn="0" w:noHBand="0" w:noVBand="1"/>
      </w:tblPr>
      <w:tblGrid>
        <w:gridCol w:w="1606"/>
        <w:gridCol w:w="1606"/>
        <w:gridCol w:w="803"/>
        <w:gridCol w:w="803"/>
        <w:gridCol w:w="803"/>
        <w:gridCol w:w="803"/>
        <w:gridCol w:w="1606"/>
        <w:gridCol w:w="1606"/>
      </w:tblGrid>
      <w:tr w:rsidR="00C85C0B" w14:paraId="4CD31CB5" w14:textId="77777777">
        <w:trPr>
          <w:cantSplit/>
        </w:trPr>
        <w:tc>
          <w:tcPr>
            <w:tcW w:w="9636" w:type="dxa"/>
            <w:gridSpan w:val="8"/>
            <w:shd w:val="clear" w:color="auto" w:fill="F4F4F4"/>
          </w:tcPr>
          <w:p w14:paraId="60B9A3F0" w14:textId="77777777" w:rsidR="00C85C0B" w:rsidRDefault="00000000">
            <w:pPr>
              <w:keepNext/>
            </w:pPr>
            <w:r w:rsidRPr="00150E80">
              <w:rPr>
                <w:b/>
                <w:sz w:val="16"/>
                <w:lang w:val="fr-FR"/>
              </w:rPr>
              <w:t xml:space="preserve"> </w:t>
            </w:r>
            <w:r>
              <w:rPr>
                <w:b/>
                <w:sz w:val="16"/>
              </w:rPr>
              <w:t xml:space="preserve">2. </w:t>
            </w:r>
            <w:r>
              <w:rPr>
                <w:b/>
                <w:color w:val="000000"/>
                <w:sz w:val="18"/>
              </w:rPr>
              <w:t>SOLICITANTUL</w:t>
            </w:r>
          </w:p>
        </w:tc>
      </w:tr>
      <w:tr w:rsidR="00C85C0B" w14:paraId="40A1A9AA" w14:textId="77777777">
        <w:trPr>
          <w:cantSplit/>
          <w:trHeight w:val="510"/>
        </w:trPr>
        <w:tc>
          <w:tcPr>
            <w:tcW w:w="5621" w:type="dxa"/>
            <w:gridSpan w:val="5"/>
          </w:tcPr>
          <w:p w14:paraId="5A012285" w14:textId="77777777" w:rsidR="00C85C0B" w:rsidRDefault="00000000">
            <w:pPr>
              <w:keepNext/>
            </w:pPr>
            <w:r>
              <w:rPr>
                <w:b/>
                <w:color w:val="0D5F78"/>
              </w:rPr>
              <w:t>Nume și prenume</w:t>
            </w:r>
          </w:p>
          <w:p w14:paraId="78962F31" w14:textId="77777777" w:rsidR="00C85C0B" w:rsidRDefault="00C85C0B">
            <w:pPr>
              <w:keepNext/>
            </w:pPr>
          </w:p>
        </w:tc>
        <w:tc>
          <w:tcPr>
            <w:tcW w:w="4015" w:type="dxa"/>
            <w:gridSpan w:val="3"/>
          </w:tcPr>
          <w:p w14:paraId="349D53B4" w14:textId="77777777" w:rsidR="00C85C0B" w:rsidRDefault="00000000">
            <w:pPr>
              <w:keepNext/>
            </w:pPr>
            <w:r>
              <w:rPr>
                <w:b/>
                <w:color w:val="0D5F78"/>
              </w:rPr>
              <w:t>CNP</w:t>
            </w:r>
          </w:p>
          <w:p w14:paraId="12A0DF42" w14:textId="77777777" w:rsidR="00C85C0B" w:rsidRDefault="00C85C0B">
            <w:pPr>
              <w:keepNext/>
            </w:pPr>
          </w:p>
        </w:tc>
      </w:tr>
      <w:tr w:rsidR="00C85C0B" w14:paraId="56206DC1" w14:textId="77777777">
        <w:trPr>
          <w:cantSplit/>
        </w:trPr>
        <w:tc>
          <w:tcPr>
            <w:tcW w:w="9636" w:type="dxa"/>
            <w:gridSpan w:val="8"/>
            <w:shd w:val="clear" w:color="auto" w:fill="F4F4F4"/>
          </w:tcPr>
          <w:p w14:paraId="14F6AB90" w14:textId="77777777" w:rsidR="00C85C0B" w:rsidRDefault="00000000">
            <w:pPr>
              <w:keepNext/>
            </w:pPr>
            <w:r>
              <w:rPr>
                <w:sz w:val="16"/>
              </w:rPr>
              <w:t xml:space="preserve"> Act de identitate</w:t>
            </w:r>
          </w:p>
        </w:tc>
      </w:tr>
      <w:tr w:rsidR="00C85C0B" w14:paraId="7C029D77" w14:textId="77777777">
        <w:trPr>
          <w:cantSplit/>
          <w:trHeight w:val="510"/>
        </w:trPr>
        <w:tc>
          <w:tcPr>
            <w:tcW w:w="1606" w:type="dxa"/>
          </w:tcPr>
          <w:p w14:paraId="351F7907" w14:textId="77777777" w:rsidR="00C85C0B" w:rsidRDefault="00000000">
            <w:pPr>
              <w:keepNext/>
            </w:pPr>
            <w:r>
              <w:rPr>
                <w:b/>
                <w:color w:val="0D5F78"/>
              </w:rPr>
              <w:t>Seria</w:t>
            </w:r>
          </w:p>
          <w:p w14:paraId="1372DB4F" w14:textId="77777777" w:rsidR="00C85C0B" w:rsidRDefault="00C85C0B">
            <w:pPr>
              <w:keepNext/>
            </w:pPr>
          </w:p>
        </w:tc>
        <w:tc>
          <w:tcPr>
            <w:tcW w:w="1606" w:type="dxa"/>
          </w:tcPr>
          <w:p w14:paraId="38543067" w14:textId="77777777" w:rsidR="00C85C0B" w:rsidRDefault="00000000">
            <w:pPr>
              <w:keepNext/>
            </w:pPr>
            <w:r>
              <w:rPr>
                <w:b/>
                <w:color w:val="0D5F78"/>
              </w:rPr>
              <w:t>Numărul</w:t>
            </w:r>
          </w:p>
          <w:p w14:paraId="10D1BCEF" w14:textId="77777777" w:rsidR="00C85C0B" w:rsidRDefault="00C85C0B">
            <w:pPr>
              <w:keepNext/>
            </w:pPr>
          </w:p>
        </w:tc>
        <w:tc>
          <w:tcPr>
            <w:tcW w:w="4818" w:type="dxa"/>
            <w:gridSpan w:val="5"/>
          </w:tcPr>
          <w:p w14:paraId="5949C44F" w14:textId="77777777" w:rsidR="00C85C0B" w:rsidRDefault="00000000">
            <w:pPr>
              <w:keepNext/>
            </w:pPr>
            <w:r>
              <w:rPr>
                <w:b/>
                <w:color w:val="0D5F78"/>
              </w:rPr>
              <w:t>Eliberat de</w:t>
            </w:r>
          </w:p>
          <w:p w14:paraId="7DFD0055" w14:textId="77777777" w:rsidR="00C85C0B" w:rsidRDefault="00C85C0B">
            <w:pPr>
              <w:keepNext/>
            </w:pPr>
          </w:p>
        </w:tc>
        <w:tc>
          <w:tcPr>
            <w:tcW w:w="1606" w:type="dxa"/>
          </w:tcPr>
          <w:p w14:paraId="6E02C3D3" w14:textId="77777777" w:rsidR="00C85C0B" w:rsidRDefault="00000000">
            <w:pPr>
              <w:keepNext/>
            </w:pPr>
            <w:r>
              <w:rPr>
                <w:b/>
                <w:color w:val="0D5F78"/>
              </w:rPr>
              <w:t>La data</w:t>
            </w:r>
          </w:p>
          <w:p w14:paraId="7B1F54BC" w14:textId="77777777" w:rsidR="00C85C0B" w:rsidRDefault="00C85C0B">
            <w:pPr>
              <w:keepNext/>
            </w:pPr>
          </w:p>
        </w:tc>
      </w:tr>
      <w:tr w:rsidR="00C85C0B" w14:paraId="75E57117" w14:textId="77777777">
        <w:trPr>
          <w:cantSplit/>
        </w:trPr>
        <w:tc>
          <w:tcPr>
            <w:tcW w:w="9636" w:type="dxa"/>
            <w:gridSpan w:val="8"/>
            <w:shd w:val="clear" w:color="auto" w:fill="F4F4F4"/>
          </w:tcPr>
          <w:p w14:paraId="0B5FD119" w14:textId="77777777" w:rsidR="00C85C0B" w:rsidRDefault="00000000">
            <w:pPr>
              <w:keepNext/>
            </w:pPr>
            <w:r>
              <w:rPr>
                <w:sz w:val="16"/>
              </w:rPr>
              <w:t xml:space="preserve"> Domiciliul</w:t>
            </w:r>
          </w:p>
        </w:tc>
      </w:tr>
      <w:tr w:rsidR="00C85C0B" w14:paraId="1FB30C84" w14:textId="77777777">
        <w:trPr>
          <w:cantSplit/>
          <w:trHeight w:val="510"/>
        </w:trPr>
        <w:tc>
          <w:tcPr>
            <w:tcW w:w="3212" w:type="dxa"/>
            <w:gridSpan w:val="2"/>
          </w:tcPr>
          <w:p w14:paraId="7E30645B" w14:textId="77777777" w:rsidR="00C85C0B" w:rsidRDefault="00000000">
            <w:pPr>
              <w:keepNext/>
            </w:pPr>
            <w:r>
              <w:rPr>
                <w:b/>
                <w:color w:val="0D5F78"/>
              </w:rPr>
              <w:t>Județul</w:t>
            </w:r>
          </w:p>
          <w:p w14:paraId="2186F192" w14:textId="77777777" w:rsidR="00C85C0B" w:rsidRDefault="00C85C0B">
            <w:pPr>
              <w:keepNext/>
            </w:pPr>
          </w:p>
        </w:tc>
        <w:tc>
          <w:tcPr>
            <w:tcW w:w="3212" w:type="dxa"/>
            <w:gridSpan w:val="4"/>
          </w:tcPr>
          <w:p w14:paraId="50EE20EA" w14:textId="77777777" w:rsidR="00C85C0B" w:rsidRDefault="00000000">
            <w:pPr>
              <w:keepNext/>
            </w:pPr>
            <w:r>
              <w:rPr>
                <w:b/>
                <w:color w:val="0D5F78"/>
              </w:rPr>
              <w:t>Municipiul / orașul / comuna</w:t>
            </w:r>
          </w:p>
          <w:p w14:paraId="5A7197A9" w14:textId="77777777" w:rsidR="00C85C0B" w:rsidRDefault="00C85C0B">
            <w:pPr>
              <w:keepNext/>
            </w:pPr>
          </w:p>
        </w:tc>
        <w:tc>
          <w:tcPr>
            <w:tcW w:w="3212" w:type="dxa"/>
            <w:gridSpan w:val="2"/>
          </w:tcPr>
          <w:p w14:paraId="52D40263" w14:textId="77777777" w:rsidR="00C85C0B" w:rsidRDefault="00000000">
            <w:pPr>
              <w:keepNext/>
            </w:pPr>
            <w:r>
              <w:rPr>
                <w:b/>
                <w:color w:val="0D5F78"/>
              </w:rPr>
              <w:t>Satul / sectorul</w:t>
            </w:r>
          </w:p>
          <w:p w14:paraId="2A6C818F" w14:textId="77777777" w:rsidR="00C85C0B" w:rsidRDefault="00C85C0B">
            <w:pPr>
              <w:keepNext/>
            </w:pPr>
          </w:p>
        </w:tc>
      </w:tr>
      <w:tr w:rsidR="00C85C0B" w14:paraId="648F5CD4" w14:textId="77777777">
        <w:trPr>
          <w:cantSplit/>
          <w:trHeight w:val="510"/>
        </w:trPr>
        <w:tc>
          <w:tcPr>
            <w:tcW w:w="3212" w:type="dxa"/>
            <w:gridSpan w:val="2"/>
          </w:tcPr>
          <w:p w14:paraId="32F3D4F5" w14:textId="77777777" w:rsidR="00C85C0B" w:rsidRDefault="00000000">
            <w:pPr>
              <w:keepNext/>
            </w:pPr>
            <w:r>
              <w:rPr>
                <w:b/>
                <w:color w:val="0D5F78"/>
              </w:rPr>
              <w:t>Strada</w:t>
            </w:r>
          </w:p>
          <w:p w14:paraId="4F3D8CE6" w14:textId="77777777" w:rsidR="00C85C0B" w:rsidRDefault="00C85C0B">
            <w:pPr>
              <w:keepNext/>
            </w:pPr>
          </w:p>
        </w:tc>
        <w:tc>
          <w:tcPr>
            <w:tcW w:w="803" w:type="dxa"/>
          </w:tcPr>
          <w:p w14:paraId="075341DA" w14:textId="77777777" w:rsidR="00C85C0B" w:rsidRDefault="00000000">
            <w:pPr>
              <w:keepNext/>
            </w:pPr>
            <w:r>
              <w:rPr>
                <w:b/>
                <w:color w:val="0D5F78"/>
              </w:rPr>
              <w:t>Nr.</w:t>
            </w:r>
          </w:p>
          <w:p w14:paraId="20120A0F" w14:textId="77777777" w:rsidR="00C85C0B" w:rsidRDefault="00C85C0B">
            <w:pPr>
              <w:keepNext/>
            </w:pPr>
          </w:p>
        </w:tc>
        <w:tc>
          <w:tcPr>
            <w:tcW w:w="803" w:type="dxa"/>
          </w:tcPr>
          <w:p w14:paraId="6F18AE53" w14:textId="77777777" w:rsidR="00C85C0B" w:rsidRDefault="00000000">
            <w:pPr>
              <w:keepNext/>
            </w:pPr>
            <w:r>
              <w:rPr>
                <w:b/>
                <w:color w:val="0D5F78"/>
              </w:rPr>
              <w:t>Sc.</w:t>
            </w:r>
          </w:p>
          <w:p w14:paraId="20E48DEE" w14:textId="77777777" w:rsidR="00C85C0B" w:rsidRDefault="00C85C0B">
            <w:pPr>
              <w:keepNext/>
            </w:pPr>
          </w:p>
        </w:tc>
        <w:tc>
          <w:tcPr>
            <w:tcW w:w="803" w:type="dxa"/>
          </w:tcPr>
          <w:p w14:paraId="7B25ACF6" w14:textId="77777777" w:rsidR="00C85C0B" w:rsidRDefault="00000000">
            <w:pPr>
              <w:keepNext/>
            </w:pPr>
            <w:r>
              <w:rPr>
                <w:b/>
                <w:color w:val="0D5F78"/>
              </w:rPr>
              <w:t>Et.</w:t>
            </w:r>
          </w:p>
          <w:p w14:paraId="6F6960D6" w14:textId="77777777" w:rsidR="00C85C0B" w:rsidRDefault="00C85C0B">
            <w:pPr>
              <w:keepNext/>
            </w:pPr>
          </w:p>
        </w:tc>
        <w:tc>
          <w:tcPr>
            <w:tcW w:w="803" w:type="dxa"/>
          </w:tcPr>
          <w:p w14:paraId="38B4DB2B" w14:textId="77777777" w:rsidR="00C85C0B" w:rsidRDefault="00000000">
            <w:pPr>
              <w:keepNext/>
            </w:pPr>
            <w:r>
              <w:rPr>
                <w:b/>
                <w:color w:val="0D5F78"/>
              </w:rPr>
              <w:t>Ap.</w:t>
            </w:r>
          </w:p>
          <w:p w14:paraId="0D48C9FB" w14:textId="77777777" w:rsidR="00C85C0B" w:rsidRDefault="00C85C0B">
            <w:pPr>
              <w:keepNext/>
            </w:pPr>
          </w:p>
        </w:tc>
        <w:tc>
          <w:tcPr>
            <w:tcW w:w="1606" w:type="dxa"/>
          </w:tcPr>
          <w:p w14:paraId="3C794EFE" w14:textId="77777777" w:rsidR="00C85C0B" w:rsidRDefault="00000000">
            <w:pPr>
              <w:keepNext/>
            </w:pPr>
            <w:r>
              <w:rPr>
                <w:b/>
                <w:color w:val="0D5F78"/>
              </w:rPr>
              <w:t>Cod poștal</w:t>
            </w:r>
          </w:p>
          <w:p w14:paraId="14D83194" w14:textId="77777777" w:rsidR="00C85C0B" w:rsidRDefault="00C85C0B">
            <w:pPr>
              <w:keepNext/>
            </w:pPr>
          </w:p>
        </w:tc>
        <w:tc>
          <w:tcPr>
            <w:tcW w:w="1606" w:type="dxa"/>
          </w:tcPr>
          <w:p w14:paraId="44F2C34C" w14:textId="77777777" w:rsidR="00C85C0B" w:rsidRDefault="00000000">
            <w:pPr>
              <w:keepNext/>
            </w:pPr>
            <w:r>
              <w:rPr>
                <w:b/>
                <w:color w:val="0D5F78"/>
              </w:rPr>
              <w:t>Țara</w:t>
            </w:r>
          </w:p>
          <w:p w14:paraId="303B0DDB" w14:textId="77777777" w:rsidR="00C85C0B" w:rsidRDefault="00C85C0B">
            <w:pPr>
              <w:keepNext/>
            </w:pPr>
          </w:p>
        </w:tc>
      </w:tr>
      <w:tr w:rsidR="00C85C0B" w14:paraId="0BDBE802" w14:textId="77777777">
        <w:trPr>
          <w:cantSplit/>
        </w:trPr>
        <w:tc>
          <w:tcPr>
            <w:tcW w:w="9636" w:type="dxa"/>
            <w:gridSpan w:val="8"/>
            <w:shd w:val="clear" w:color="auto" w:fill="F4F4F4"/>
          </w:tcPr>
          <w:p w14:paraId="6AE91BC9" w14:textId="77777777" w:rsidR="00C85C0B" w:rsidRDefault="00000000">
            <w:pPr>
              <w:keepNext/>
            </w:pPr>
            <w:r>
              <w:rPr>
                <w:sz w:val="16"/>
              </w:rPr>
              <w:t xml:space="preserve"> Date de contact</w:t>
            </w:r>
          </w:p>
        </w:tc>
      </w:tr>
      <w:tr w:rsidR="00C85C0B" w14:paraId="457FAA8A" w14:textId="77777777">
        <w:trPr>
          <w:cantSplit/>
          <w:trHeight w:val="510"/>
        </w:trPr>
        <w:tc>
          <w:tcPr>
            <w:tcW w:w="4015" w:type="dxa"/>
            <w:gridSpan w:val="3"/>
          </w:tcPr>
          <w:p w14:paraId="0E603D1E" w14:textId="77777777" w:rsidR="00C85C0B" w:rsidRDefault="00000000">
            <w:r>
              <w:rPr>
                <w:b/>
                <w:color w:val="0D5F78"/>
              </w:rPr>
              <w:t>Telefon / fax</w:t>
            </w:r>
          </w:p>
          <w:p w14:paraId="1D1557B5" w14:textId="77777777" w:rsidR="00C85C0B" w:rsidRDefault="00C85C0B"/>
        </w:tc>
        <w:tc>
          <w:tcPr>
            <w:tcW w:w="5621" w:type="dxa"/>
            <w:gridSpan w:val="5"/>
          </w:tcPr>
          <w:p w14:paraId="56D269E2" w14:textId="77777777" w:rsidR="00C85C0B" w:rsidRDefault="00000000">
            <w:r>
              <w:rPr>
                <w:b/>
                <w:color w:val="0D5F78"/>
              </w:rPr>
              <w:t>E-mail</w:t>
            </w:r>
          </w:p>
          <w:p w14:paraId="6134E69B" w14:textId="77777777" w:rsidR="00C85C0B" w:rsidRDefault="00C85C0B"/>
        </w:tc>
      </w:tr>
    </w:tbl>
    <w:p w14:paraId="4DBE4EFE" w14:textId="77777777" w:rsidR="00C85C0B" w:rsidRDefault="00C85C0B">
      <w:pPr>
        <w:spacing w:line="168" w:lineRule="auto"/>
      </w:pPr>
    </w:p>
    <w:tbl>
      <w:tblPr>
        <w:tblStyle w:val="Tabelgril"/>
        <w:tblW w:w="0" w:type="auto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Look w:val="04A0" w:firstRow="1" w:lastRow="0" w:firstColumn="1" w:lastColumn="0" w:noHBand="0" w:noVBand="1"/>
      </w:tblPr>
      <w:tblGrid>
        <w:gridCol w:w="2409"/>
        <w:gridCol w:w="2409"/>
        <w:gridCol w:w="4818"/>
      </w:tblGrid>
      <w:tr w:rsidR="00C85C0B" w14:paraId="470E2D0D" w14:textId="77777777">
        <w:trPr>
          <w:cantSplit/>
        </w:trPr>
        <w:tc>
          <w:tcPr>
            <w:tcW w:w="9636" w:type="dxa"/>
            <w:gridSpan w:val="3"/>
            <w:shd w:val="clear" w:color="auto" w:fill="F4F4F4"/>
          </w:tcPr>
          <w:p w14:paraId="18E93E77" w14:textId="77777777" w:rsidR="00C85C0B" w:rsidRDefault="00000000">
            <w:pPr>
              <w:keepNext/>
            </w:pPr>
            <w:r>
              <w:rPr>
                <w:b/>
                <w:sz w:val="16"/>
              </w:rPr>
              <w:t xml:space="preserve"> 3. </w:t>
            </w:r>
            <w:r>
              <w:rPr>
                <w:b/>
                <w:color w:val="000000"/>
                <w:sz w:val="18"/>
              </w:rPr>
              <w:t>NOTIFICAREA</w:t>
            </w:r>
          </w:p>
        </w:tc>
      </w:tr>
      <w:tr w:rsidR="00C85C0B" w14:paraId="1F3A1F64" w14:textId="77777777">
        <w:trPr>
          <w:cantSplit/>
          <w:trHeight w:val="510"/>
        </w:trPr>
        <w:tc>
          <w:tcPr>
            <w:tcW w:w="2409" w:type="dxa"/>
          </w:tcPr>
          <w:p w14:paraId="05E3330D" w14:textId="77777777" w:rsidR="00C85C0B" w:rsidRDefault="00000000">
            <w:r>
              <w:rPr>
                <w:b/>
                <w:color w:val="0D5F78"/>
              </w:rPr>
              <w:t>Nr. / data notificării</w:t>
            </w:r>
          </w:p>
          <w:p w14:paraId="782A3FB4" w14:textId="77777777" w:rsidR="00C85C0B" w:rsidRDefault="00C85C0B"/>
        </w:tc>
        <w:tc>
          <w:tcPr>
            <w:tcW w:w="2409" w:type="dxa"/>
          </w:tcPr>
          <w:p w14:paraId="07DACF42" w14:textId="77777777" w:rsidR="00C85C0B" w:rsidRDefault="00000000">
            <w:r>
              <w:rPr>
                <w:b/>
                <w:color w:val="0D5F78"/>
              </w:rPr>
              <w:t>Proiect nr. / cod</w:t>
            </w:r>
          </w:p>
          <w:p w14:paraId="704DDBFC" w14:textId="77777777" w:rsidR="00C85C0B" w:rsidRDefault="00C85C0B"/>
        </w:tc>
        <w:tc>
          <w:tcPr>
            <w:tcW w:w="4818" w:type="dxa"/>
          </w:tcPr>
          <w:p w14:paraId="75FD378C" w14:textId="77777777" w:rsidR="00C85C0B" w:rsidRDefault="00000000">
            <w:r>
              <w:rPr>
                <w:b/>
                <w:color w:val="0D5F78"/>
              </w:rPr>
              <w:t>Imobilul</w:t>
            </w:r>
          </w:p>
          <w:p w14:paraId="0E48F05F" w14:textId="77777777" w:rsidR="00C85C0B" w:rsidRDefault="00C85C0B"/>
        </w:tc>
      </w:tr>
    </w:tbl>
    <w:p w14:paraId="13D2FF9F" w14:textId="77777777" w:rsidR="00C85C0B" w:rsidRDefault="00C85C0B">
      <w:pPr>
        <w:spacing w:line="168" w:lineRule="auto"/>
      </w:pPr>
    </w:p>
    <w:tbl>
      <w:tblPr>
        <w:tblStyle w:val="Tabelgril"/>
        <w:tblW w:w="0" w:type="auto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Look w:val="04A0" w:firstRow="1" w:lastRow="0" w:firstColumn="1" w:lastColumn="0" w:noHBand="0" w:noVBand="1"/>
      </w:tblPr>
      <w:tblGrid>
        <w:gridCol w:w="3212"/>
        <w:gridCol w:w="1606"/>
        <w:gridCol w:w="4818"/>
      </w:tblGrid>
      <w:tr w:rsidR="00C85C0B" w14:paraId="7A7201EB" w14:textId="77777777">
        <w:trPr>
          <w:cantSplit/>
        </w:trPr>
        <w:tc>
          <w:tcPr>
            <w:tcW w:w="9636" w:type="dxa"/>
            <w:gridSpan w:val="3"/>
            <w:shd w:val="clear" w:color="auto" w:fill="F4F4F4"/>
          </w:tcPr>
          <w:p w14:paraId="20A52465" w14:textId="77777777" w:rsidR="00C85C0B" w:rsidRDefault="00000000">
            <w:pPr>
              <w:keepNext/>
            </w:pPr>
            <w:r>
              <w:rPr>
                <w:b/>
                <w:sz w:val="16"/>
              </w:rPr>
              <w:t xml:space="preserve"> 4. </w:t>
            </w:r>
            <w:r>
              <w:rPr>
                <w:b/>
                <w:color w:val="000000"/>
                <w:sz w:val="18"/>
              </w:rPr>
              <w:t>EXECUȚIA ȘI RECEPȚIA</w:t>
            </w:r>
          </w:p>
        </w:tc>
      </w:tr>
      <w:tr w:rsidR="00C85C0B" w14:paraId="49509B49" w14:textId="77777777">
        <w:trPr>
          <w:cantSplit/>
          <w:trHeight w:val="510"/>
        </w:trPr>
        <w:tc>
          <w:tcPr>
            <w:tcW w:w="4818" w:type="dxa"/>
            <w:gridSpan w:val="2"/>
          </w:tcPr>
          <w:p w14:paraId="02C07C4D" w14:textId="77777777" w:rsidR="00C85C0B" w:rsidRDefault="00000000">
            <w:pPr>
              <w:keepNext/>
            </w:pPr>
            <w:r>
              <w:rPr>
                <w:b/>
                <w:color w:val="0D5F78"/>
              </w:rPr>
              <w:t>Data începerii lucrărilor</w:t>
            </w:r>
          </w:p>
          <w:p w14:paraId="2D6D470D" w14:textId="77777777" w:rsidR="00C85C0B" w:rsidRDefault="00000000">
            <w:pPr>
              <w:keepNext/>
            </w:pPr>
            <w:r>
              <w:rPr>
                <w:i/>
                <w:color w:val="7A7A7A"/>
              </w:rPr>
              <w:t>se declară aici</w:t>
            </w:r>
          </w:p>
          <w:p w14:paraId="544B9697" w14:textId="77777777" w:rsidR="00C85C0B" w:rsidRDefault="00C85C0B">
            <w:pPr>
              <w:keepNext/>
            </w:pPr>
          </w:p>
        </w:tc>
        <w:tc>
          <w:tcPr>
            <w:tcW w:w="4818" w:type="dxa"/>
          </w:tcPr>
          <w:p w14:paraId="72DCF9AA" w14:textId="77777777" w:rsidR="00C85C0B" w:rsidRDefault="00000000">
            <w:pPr>
              <w:keepNext/>
            </w:pPr>
            <w:r>
              <w:rPr>
                <w:b/>
                <w:color w:val="0D5F78"/>
              </w:rPr>
              <w:t>Data finalizării</w:t>
            </w:r>
          </w:p>
          <w:p w14:paraId="2262F4A8" w14:textId="77777777" w:rsidR="00C85C0B" w:rsidRDefault="00C85C0B">
            <w:pPr>
              <w:keepNext/>
            </w:pPr>
          </w:p>
        </w:tc>
      </w:tr>
      <w:tr w:rsidR="00C85C0B" w14:paraId="6C0C82B1" w14:textId="77777777">
        <w:trPr>
          <w:cantSplit/>
          <w:trHeight w:val="510"/>
        </w:trPr>
        <w:tc>
          <w:tcPr>
            <w:tcW w:w="3212" w:type="dxa"/>
          </w:tcPr>
          <w:p w14:paraId="34621996" w14:textId="77777777" w:rsidR="00C85C0B" w:rsidRDefault="00000000">
            <w:pPr>
              <w:keepNext/>
            </w:pPr>
            <w:r>
              <w:rPr>
                <w:b/>
                <w:color w:val="0D5F78"/>
              </w:rPr>
              <w:t>Data propusă pentru recepție</w:t>
            </w:r>
          </w:p>
          <w:p w14:paraId="327C4FB5" w14:textId="77777777" w:rsidR="00C85C0B" w:rsidRDefault="00C85C0B">
            <w:pPr>
              <w:keepNext/>
            </w:pPr>
          </w:p>
        </w:tc>
        <w:tc>
          <w:tcPr>
            <w:tcW w:w="1606" w:type="dxa"/>
          </w:tcPr>
          <w:p w14:paraId="660A9FC7" w14:textId="77777777" w:rsidR="00C85C0B" w:rsidRDefault="00000000">
            <w:pPr>
              <w:keepNext/>
            </w:pPr>
            <w:r>
              <w:rPr>
                <w:b/>
                <w:color w:val="0D5F78"/>
              </w:rPr>
              <w:t>ora</w:t>
            </w:r>
          </w:p>
          <w:p w14:paraId="40A08B01" w14:textId="77777777" w:rsidR="00C85C0B" w:rsidRDefault="00C85C0B">
            <w:pPr>
              <w:keepNext/>
            </w:pPr>
          </w:p>
        </w:tc>
        <w:tc>
          <w:tcPr>
            <w:tcW w:w="4818" w:type="dxa"/>
          </w:tcPr>
          <w:p w14:paraId="6A018CE9" w14:textId="77777777" w:rsidR="00C85C0B" w:rsidRDefault="00000000">
            <w:pPr>
              <w:keepNext/>
            </w:pPr>
            <w:r>
              <w:rPr>
                <w:b/>
                <w:color w:val="0D5F78"/>
              </w:rPr>
              <w:t>locul</w:t>
            </w:r>
          </w:p>
          <w:p w14:paraId="5887C7E5" w14:textId="77777777" w:rsidR="00C85C0B" w:rsidRDefault="00C85C0B">
            <w:pPr>
              <w:keepNext/>
            </w:pPr>
          </w:p>
        </w:tc>
      </w:tr>
      <w:tr w:rsidR="00C85C0B" w14:paraId="633508C0" w14:textId="77777777">
        <w:trPr>
          <w:cantSplit/>
        </w:trPr>
        <w:tc>
          <w:tcPr>
            <w:tcW w:w="9636" w:type="dxa"/>
            <w:gridSpan w:val="3"/>
            <w:shd w:val="clear" w:color="auto" w:fill="F4F4F4"/>
          </w:tcPr>
          <w:p w14:paraId="36FEACB9" w14:textId="26080181" w:rsidR="00C85C0B" w:rsidRDefault="00150E80">
            <w:pPr>
              <w:spacing w:line="228" w:lineRule="auto"/>
            </w:pPr>
            <w:r>
              <w:t xml:space="preserve">Legea nr.169/2026 </w:t>
            </w:r>
            <w:r w:rsidRPr="00150E80">
              <w:t>privind Codul amenajării teritoriului, urbanismului și construcțiilor</w:t>
            </w:r>
            <w:r>
              <w:t xml:space="preserve"> nu instituie o înștiințare distinctă privind începerea lucrărilor notificate; data începerii se declară în prezentul formular și se consemnează în procesul-verbal de recepție.</w:t>
            </w:r>
          </w:p>
        </w:tc>
      </w:tr>
    </w:tbl>
    <w:p w14:paraId="049D9BE6" w14:textId="77777777" w:rsidR="00C85C0B" w:rsidRDefault="00C85C0B">
      <w:pPr>
        <w:spacing w:line="168" w:lineRule="auto"/>
      </w:pPr>
    </w:p>
    <w:tbl>
      <w:tblPr>
        <w:tblStyle w:val="Tabelgril"/>
        <w:tblW w:w="0" w:type="auto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Look w:val="04A0" w:firstRow="1" w:lastRow="0" w:firstColumn="1" w:lastColumn="0" w:noHBand="0" w:noVBand="1"/>
      </w:tblPr>
      <w:tblGrid>
        <w:gridCol w:w="1606"/>
        <w:gridCol w:w="4818"/>
        <w:gridCol w:w="3212"/>
      </w:tblGrid>
      <w:tr w:rsidR="00C85C0B" w14:paraId="1BD195CE" w14:textId="77777777" w:rsidTr="003A7070">
        <w:trPr>
          <w:cantSplit/>
        </w:trPr>
        <w:tc>
          <w:tcPr>
            <w:tcW w:w="9636" w:type="dxa"/>
            <w:gridSpan w:val="3"/>
            <w:tcBorders>
              <w:bottom w:val="single" w:sz="4" w:space="0" w:color="767676"/>
            </w:tcBorders>
            <w:shd w:val="clear" w:color="auto" w:fill="F4F4F4"/>
          </w:tcPr>
          <w:p w14:paraId="2D727A7B" w14:textId="77777777" w:rsidR="00C85C0B" w:rsidRDefault="00000000">
            <w:pPr>
              <w:keepNext/>
            </w:pPr>
            <w:r>
              <w:rPr>
                <w:b/>
                <w:sz w:val="16"/>
              </w:rPr>
              <w:t xml:space="preserve"> 5. </w:t>
            </w:r>
            <w:r>
              <w:rPr>
                <w:b/>
                <w:color w:val="000000"/>
                <w:sz w:val="18"/>
              </w:rPr>
              <w:t>DATA ȘI SEMNĂTURA</w:t>
            </w:r>
          </w:p>
        </w:tc>
      </w:tr>
      <w:tr w:rsidR="00C85C0B" w14:paraId="10F5A63F" w14:textId="77777777" w:rsidTr="003A7070">
        <w:trPr>
          <w:cantSplit/>
          <w:trHeight w:val="510"/>
        </w:trPr>
        <w:tc>
          <w:tcPr>
            <w:tcW w:w="1606" w:type="dxa"/>
            <w:tcBorders>
              <w:bottom w:val="single" w:sz="4" w:space="0" w:color="auto"/>
            </w:tcBorders>
          </w:tcPr>
          <w:p w14:paraId="526CC080" w14:textId="77777777" w:rsidR="00C85C0B" w:rsidRDefault="00000000">
            <w:r>
              <w:rPr>
                <w:b/>
                <w:color w:val="0D5F78"/>
              </w:rPr>
              <w:t>Data</w:t>
            </w:r>
          </w:p>
          <w:p w14:paraId="3121BEF9" w14:textId="77777777" w:rsidR="00C85C0B" w:rsidRDefault="00C85C0B"/>
        </w:tc>
        <w:tc>
          <w:tcPr>
            <w:tcW w:w="4818" w:type="dxa"/>
            <w:tcBorders>
              <w:bottom w:val="single" w:sz="4" w:space="0" w:color="auto"/>
            </w:tcBorders>
          </w:tcPr>
          <w:p w14:paraId="76A83371" w14:textId="77777777" w:rsidR="00C85C0B" w:rsidRDefault="00000000">
            <w:r>
              <w:rPr>
                <w:b/>
                <w:color w:val="0D5F78"/>
              </w:rPr>
              <w:t>Beneficiarul</w:t>
            </w:r>
          </w:p>
          <w:p w14:paraId="2DCA5FDA" w14:textId="77777777" w:rsidR="00C85C0B" w:rsidRDefault="00C85C0B"/>
        </w:tc>
        <w:tc>
          <w:tcPr>
            <w:tcW w:w="3212" w:type="dxa"/>
            <w:tcBorders>
              <w:bottom w:val="single" w:sz="4" w:space="0" w:color="auto"/>
            </w:tcBorders>
          </w:tcPr>
          <w:p w14:paraId="47CBF3F4" w14:textId="77777777" w:rsidR="00C85C0B" w:rsidRDefault="00000000">
            <w:r>
              <w:rPr>
                <w:b/>
                <w:color w:val="0D5F78"/>
              </w:rPr>
              <w:t>Semnătura</w:t>
            </w:r>
          </w:p>
          <w:p w14:paraId="765AB599" w14:textId="77777777" w:rsidR="00C85C0B" w:rsidRDefault="00C85C0B"/>
        </w:tc>
      </w:tr>
    </w:tbl>
    <w:p w14:paraId="3AF77583" w14:textId="77777777" w:rsidR="00C85C0B" w:rsidRDefault="00C85C0B">
      <w:pPr>
        <w:spacing w:line="168" w:lineRule="auto"/>
      </w:pPr>
    </w:p>
    <w:sectPr w:rsidR="00C85C0B" w:rsidSect="00034616">
      <w:footerReference w:type="default" r:id="rId8"/>
      <w:pgSz w:w="11906" w:h="16838"/>
      <w:pgMar w:top="450" w:right="1134" w:bottom="454" w:left="1134" w:header="720" w:footer="22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FCDBBB" w14:textId="77777777" w:rsidR="005C02E4" w:rsidRDefault="005C02E4">
      <w:r>
        <w:separator/>
      </w:r>
    </w:p>
  </w:endnote>
  <w:endnote w:type="continuationSeparator" w:id="0">
    <w:p w14:paraId="21FD06EA" w14:textId="77777777" w:rsidR="005C02E4" w:rsidRDefault="005C02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BA5726" w14:textId="77777777" w:rsidR="00C85C0B" w:rsidRDefault="00000000">
    <w:pPr>
      <w:pStyle w:val="Subsol"/>
      <w:tabs>
        <w:tab w:val="right" w:pos="9639"/>
      </w:tabs>
    </w:pPr>
    <w:r>
      <w:rPr>
        <w:color w:val="595959"/>
      </w:rPr>
      <w:t>F_NOT_07 · versiunea 1.0</w:t>
    </w:r>
    <w:r>
      <w:rPr>
        <w:color w:val="595959"/>
      </w:rPr>
      <w:tab/>
      <w:t xml:space="preserve">pagina </w:t>
    </w:r>
    <w:r>
      <w:rPr>
        <w:color w:val="595959"/>
      </w:rPr>
      <w:fldChar w:fldCharType="begin"/>
    </w:r>
    <w:r>
      <w:rPr>
        <w:color w:val="595959"/>
      </w:rPr>
      <w:instrText xml:space="preserve"> PAGE </w:instrText>
    </w:r>
    <w:r>
      <w:rPr>
        <w:color w:val="595959"/>
      </w:rPr>
      <w:fldChar w:fldCharType="separate"/>
    </w:r>
    <w:r w:rsidR="00150E80">
      <w:rPr>
        <w:noProof/>
        <w:color w:val="595959"/>
      </w:rPr>
      <w:t>1</w:t>
    </w:r>
    <w:r>
      <w:rPr>
        <w:color w:val="595959"/>
      </w:rPr>
      <w:fldChar w:fldCharType="end"/>
    </w:r>
    <w:r>
      <w:rPr>
        <w:color w:val="595959"/>
      </w:rPr>
      <w:t xml:space="preserve"> din </w:t>
    </w:r>
    <w:r>
      <w:rPr>
        <w:color w:val="595959"/>
      </w:rPr>
      <w:fldChar w:fldCharType="begin"/>
    </w:r>
    <w:r>
      <w:rPr>
        <w:color w:val="595959"/>
      </w:rPr>
      <w:instrText xml:space="preserve"> NUMPAGES </w:instrText>
    </w:r>
    <w:r>
      <w:rPr>
        <w:color w:val="595959"/>
      </w:rPr>
      <w:fldChar w:fldCharType="separate"/>
    </w:r>
    <w:r w:rsidR="00150E80">
      <w:rPr>
        <w:noProof/>
        <w:color w:val="595959"/>
      </w:rPr>
      <w:t>1</w:t>
    </w:r>
    <w:r>
      <w:rPr>
        <w:color w:val="595959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C3357C" w14:textId="77777777" w:rsidR="005C02E4" w:rsidRDefault="005C02E4">
      <w:r>
        <w:separator/>
      </w:r>
    </w:p>
  </w:footnote>
  <w:footnote w:type="continuationSeparator" w:id="0">
    <w:p w14:paraId="48DE7EFC" w14:textId="77777777" w:rsidR="005C02E4" w:rsidRDefault="005C02E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anumerotat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anumerotat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acumarcatori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acumarcatori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erotat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cumarcatori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006328430">
    <w:abstractNumId w:val="8"/>
  </w:num>
  <w:num w:numId="2" w16cid:durableId="1130898323">
    <w:abstractNumId w:val="6"/>
  </w:num>
  <w:num w:numId="3" w16cid:durableId="896206482">
    <w:abstractNumId w:val="5"/>
  </w:num>
  <w:num w:numId="4" w16cid:durableId="274681599">
    <w:abstractNumId w:val="4"/>
  </w:num>
  <w:num w:numId="5" w16cid:durableId="1333411861">
    <w:abstractNumId w:val="7"/>
  </w:num>
  <w:num w:numId="6" w16cid:durableId="1480608108">
    <w:abstractNumId w:val="3"/>
  </w:num>
  <w:num w:numId="7" w16cid:durableId="2120636634">
    <w:abstractNumId w:val="2"/>
  </w:num>
  <w:num w:numId="8" w16cid:durableId="967707077">
    <w:abstractNumId w:val="1"/>
  </w:num>
  <w:num w:numId="9" w16cid:durableId="184912905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15074B"/>
    <w:rsid w:val="00150E80"/>
    <w:rsid w:val="0029639D"/>
    <w:rsid w:val="00326F90"/>
    <w:rsid w:val="003A7070"/>
    <w:rsid w:val="003F0F62"/>
    <w:rsid w:val="005C02E4"/>
    <w:rsid w:val="00AA1D8D"/>
    <w:rsid w:val="00B47730"/>
    <w:rsid w:val="00B94163"/>
    <w:rsid w:val="00C85C0B"/>
    <w:rsid w:val="00CB0664"/>
    <w:rsid w:val="00E61A6B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9E91569"/>
  <w14:defaultImageDpi w14:val="300"/>
  <w15:docId w15:val="{4A0E0516-4648-4975-808B-68AC65BFDB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pPr>
      <w:spacing w:after="0" w:line="240" w:lineRule="auto"/>
    </w:pPr>
    <w:rPr>
      <w:rFonts w:ascii="Times New Roman" w:hAnsi="Times New Roman"/>
      <w:sz w:val="15"/>
    </w:rPr>
  </w:style>
  <w:style w:type="paragraph" w:styleId="Titlu1">
    <w:name w:val="heading 1"/>
    <w:basedOn w:val="Normal"/>
    <w:next w:val="Normal"/>
    <w:link w:val="Titlu1Caracter"/>
    <w:uiPriority w:val="9"/>
    <w:qFormat/>
    <w:rsid w:val="00FC693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FC693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iPriority w:val="9"/>
    <w:unhideWhenUsed/>
    <w:qFormat/>
    <w:rsid w:val="00FC693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FC693F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itlu5">
    <w:name w:val="heading 5"/>
    <w:basedOn w:val="Normal"/>
    <w:next w:val="Normal"/>
    <w:link w:val="Titlu5Caracter"/>
    <w:uiPriority w:val="9"/>
    <w:semiHidden/>
    <w:unhideWhenUsed/>
    <w:qFormat/>
    <w:rsid w:val="00FC693F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itlu6">
    <w:name w:val="heading 6"/>
    <w:basedOn w:val="Normal"/>
    <w:next w:val="Normal"/>
    <w:link w:val="Titlu6Caracter"/>
    <w:uiPriority w:val="9"/>
    <w:semiHidden/>
    <w:unhideWhenUsed/>
    <w:qFormat/>
    <w:rsid w:val="00FC693F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itlu7">
    <w:name w:val="heading 7"/>
    <w:basedOn w:val="Normal"/>
    <w:next w:val="Normal"/>
    <w:link w:val="Titlu7Caracter"/>
    <w:uiPriority w:val="9"/>
    <w:semiHidden/>
    <w:unhideWhenUsed/>
    <w:qFormat/>
    <w:rsid w:val="00FC693F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itlu8">
    <w:name w:val="heading 8"/>
    <w:basedOn w:val="Normal"/>
    <w:next w:val="Normal"/>
    <w:link w:val="Titlu8Caracter"/>
    <w:uiPriority w:val="9"/>
    <w:semiHidden/>
    <w:unhideWhenUsed/>
    <w:qFormat/>
    <w:rsid w:val="00FC693F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Titlu9">
    <w:name w:val="heading 9"/>
    <w:basedOn w:val="Normal"/>
    <w:next w:val="Normal"/>
    <w:link w:val="Titlu9Caracter"/>
    <w:uiPriority w:val="9"/>
    <w:semiHidden/>
    <w:unhideWhenUsed/>
    <w:qFormat/>
    <w:rsid w:val="00FC693F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unhideWhenUsed/>
    <w:rsid w:val="00E618BF"/>
    <w:pPr>
      <w:tabs>
        <w:tab w:val="center" w:pos="4680"/>
        <w:tab w:val="right" w:pos="9360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E618BF"/>
  </w:style>
  <w:style w:type="paragraph" w:styleId="Subsol">
    <w:name w:val="footer"/>
    <w:basedOn w:val="Normal"/>
    <w:link w:val="SubsolCaracter"/>
    <w:uiPriority w:val="99"/>
    <w:unhideWhenUsed/>
    <w:rsid w:val="00E618BF"/>
    <w:pPr>
      <w:tabs>
        <w:tab w:val="center" w:pos="4680"/>
        <w:tab w:val="right" w:pos="9360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E618BF"/>
  </w:style>
  <w:style w:type="paragraph" w:styleId="Frspaiere">
    <w:name w:val="No Spacing"/>
    <w:uiPriority w:val="1"/>
    <w:qFormat/>
    <w:rsid w:val="00FC693F"/>
    <w:pPr>
      <w:spacing w:after="0" w:line="240" w:lineRule="auto"/>
    </w:pPr>
  </w:style>
  <w:style w:type="character" w:customStyle="1" w:styleId="Titlu1Caracter">
    <w:name w:val="Titlu 1 Caracter"/>
    <w:basedOn w:val="Fontdeparagrafimplicit"/>
    <w:link w:val="Titlu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itlu2Caracter">
    <w:name w:val="Titlu 2 Caracter"/>
    <w:basedOn w:val="Fontdeparagrafimplicit"/>
    <w:link w:val="Titlu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itlu3Caracter">
    <w:name w:val="Titlu 3 Caracter"/>
    <w:basedOn w:val="Fontdeparagrafimplicit"/>
    <w:link w:val="Titlu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">
    <w:name w:val="Title"/>
    <w:basedOn w:val="Normal"/>
    <w:next w:val="Normal"/>
    <w:link w:val="TitluCaracter"/>
    <w:uiPriority w:val="10"/>
    <w:qFormat/>
    <w:rsid w:val="00FC693F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uCaracter">
    <w:name w:val="Titlu Caracter"/>
    <w:basedOn w:val="Fontdeparagrafimplicit"/>
    <w:link w:val="Titlu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u">
    <w:name w:val="Subtitle"/>
    <w:basedOn w:val="Normal"/>
    <w:next w:val="Normal"/>
    <w:link w:val="SubtitluCaracte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uCaracter">
    <w:name w:val="Subtitlu Caracter"/>
    <w:basedOn w:val="Fontdeparagrafimplicit"/>
    <w:link w:val="Subtitlu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f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Corptext">
    <w:name w:val="Body Text"/>
    <w:basedOn w:val="Normal"/>
    <w:link w:val="CorptextCaracter"/>
    <w:uiPriority w:val="99"/>
    <w:unhideWhenUsed/>
    <w:rsid w:val="00AA1D8D"/>
    <w:pPr>
      <w:spacing w:after="120"/>
    </w:pPr>
  </w:style>
  <w:style w:type="character" w:customStyle="1" w:styleId="CorptextCaracter">
    <w:name w:val="Corp text Caracter"/>
    <w:basedOn w:val="Fontdeparagrafimplicit"/>
    <w:link w:val="Corptext"/>
    <w:uiPriority w:val="99"/>
    <w:rsid w:val="00AA1D8D"/>
  </w:style>
  <w:style w:type="paragraph" w:styleId="Corptext2">
    <w:name w:val="Body Text 2"/>
    <w:basedOn w:val="Normal"/>
    <w:link w:val="Corptext2Caracter"/>
    <w:uiPriority w:val="99"/>
    <w:unhideWhenUsed/>
    <w:rsid w:val="00AA1D8D"/>
    <w:pPr>
      <w:spacing w:after="120" w:line="480" w:lineRule="auto"/>
    </w:pPr>
  </w:style>
  <w:style w:type="character" w:customStyle="1" w:styleId="Corptext2Caracter">
    <w:name w:val="Corp text 2 Caracter"/>
    <w:basedOn w:val="Fontdeparagrafimplicit"/>
    <w:link w:val="Corptext2"/>
    <w:uiPriority w:val="99"/>
    <w:rsid w:val="00AA1D8D"/>
  </w:style>
  <w:style w:type="paragraph" w:styleId="Corptext3">
    <w:name w:val="Body Text 3"/>
    <w:basedOn w:val="Normal"/>
    <w:link w:val="Corptext3Caracte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Corptext3Caracter">
    <w:name w:val="Corp text 3 Caracter"/>
    <w:basedOn w:val="Fontdeparagrafimplicit"/>
    <w:link w:val="Corp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cumarcatori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acumarcatori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acumarcatori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erotat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anumerotat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anumerotat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ar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ar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ar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Textmacrocomand">
    <w:name w:val="macro"/>
    <w:link w:val="TextmacrocomandCaracte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xtmacrocomandCaracter">
    <w:name w:val="Text macrocomandă Caracter"/>
    <w:basedOn w:val="Fontdeparagrafimplicit"/>
    <w:link w:val="Textmacrocomand"/>
    <w:uiPriority w:val="99"/>
    <w:rsid w:val="0029639D"/>
    <w:rPr>
      <w:rFonts w:ascii="Courier" w:hAnsi="Courier"/>
      <w:sz w:val="20"/>
      <w:szCs w:val="20"/>
    </w:rPr>
  </w:style>
  <w:style w:type="paragraph" w:styleId="Citat">
    <w:name w:val="Quote"/>
    <w:basedOn w:val="Normal"/>
    <w:next w:val="Normal"/>
    <w:link w:val="CitatCaracter"/>
    <w:uiPriority w:val="29"/>
    <w:qFormat/>
    <w:rsid w:val="00FC693F"/>
    <w:rPr>
      <w:i/>
      <w:iCs/>
      <w:color w:val="000000" w:themeColor="text1"/>
    </w:rPr>
  </w:style>
  <w:style w:type="character" w:customStyle="1" w:styleId="CitatCaracter">
    <w:name w:val="Citat Caracter"/>
    <w:basedOn w:val="Fontdeparagrafimplicit"/>
    <w:link w:val="Citat"/>
    <w:uiPriority w:val="29"/>
    <w:rsid w:val="00FC693F"/>
    <w:rPr>
      <w:i/>
      <w:iCs/>
      <w:color w:val="000000" w:themeColor="text1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itlu5Caracter">
    <w:name w:val="Titlu 5 Caracter"/>
    <w:basedOn w:val="Fontdeparagrafimplicit"/>
    <w:link w:val="Titlu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itlu6Caracter">
    <w:name w:val="Titlu 6 Caracter"/>
    <w:basedOn w:val="Fontdeparagrafimplicit"/>
    <w:link w:val="Titlu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itlu7Caracter">
    <w:name w:val="Titlu 7 Caracter"/>
    <w:basedOn w:val="Fontdeparagrafimplicit"/>
    <w:link w:val="Titlu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itlu8Caracter">
    <w:name w:val="Titlu 8 Caracter"/>
    <w:basedOn w:val="Fontdeparagrafimplicit"/>
    <w:link w:val="Titlu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Titlu9Caracter">
    <w:name w:val="Titlu 9 Caracter"/>
    <w:basedOn w:val="Fontdeparagrafimplicit"/>
    <w:link w:val="Titlu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Legend">
    <w:name w:val="caption"/>
    <w:basedOn w:val="Normal"/>
    <w:next w:val="Normal"/>
    <w:uiPriority w:val="35"/>
    <w:semiHidden/>
    <w:unhideWhenUsed/>
    <w:qFormat/>
    <w:rsid w:val="00FC693F"/>
    <w:rPr>
      <w:b/>
      <w:bCs/>
      <w:color w:val="4F81BD" w:themeColor="accent1"/>
      <w:sz w:val="18"/>
      <w:szCs w:val="18"/>
    </w:rPr>
  </w:style>
  <w:style w:type="character" w:styleId="Robust">
    <w:name w:val="Strong"/>
    <w:basedOn w:val="Fontdeparagrafimplicit"/>
    <w:uiPriority w:val="22"/>
    <w:qFormat/>
    <w:rsid w:val="00FC693F"/>
    <w:rPr>
      <w:b/>
      <w:bCs/>
    </w:rPr>
  </w:style>
  <w:style w:type="character" w:styleId="Accentuat">
    <w:name w:val="Emphasis"/>
    <w:basedOn w:val="Fontdeparagrafimplicit"/>
    <w:uiPriority w:val="20"/>
    <w:qFormat/>
    <w:rsid w:val="00FC693F"/>
    <w:rPr>
      <w:i/>
      <w:iCs/>
    </w:rPr>
  </w:style>
  <w:style w:type="paragraph" w:styleId="Citatintens">
    <w:name w:val="Intense Quote"/>
    <w:basedOn w:val="Normal"/>
    <w:next w:val="Normal"/>
    <w:link w:val="CitatintensCaracte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tintensCaracter">
    <w:name w:val="Citat intens Caracter"/>
    <w:basedOn w:val="Fontdeparagrafimplicit"/>
    <w:link w:val="Citatintens"/>
    <w:uiPriority w:val="30"/>
    <w:rsid w:val="00FC693F"/>
    <w:rPr>
      <w:b/>
      <w:bCs/>
      <w:i/>
      <w:iCs/>
      <w:color w:val="4F81BD" w:themeColor="accent1"/>
    </w:rPr>
  </w:style>
  <w:style w:type="character" w:styleId="Accentuaresubtil">
    <w:name w:val="Subtle Emphasis"/>
    <w:basedOn w:val="Fontdeparagrafimplicit"/>
    <w:uiPriority w:val="19"/>
    <w:qFormat/>
    <w:rsid w:val="00FC693F"/>
    <w:rPr>
      <w:i/>
      <w:iCs/>
      <w:color w:val="808080" w:themeColor="text1" w:themeTint="7F"/>
    </w:rPr>
  </w:style>
  <w:style w:type="character" w:styleId="Accentuareintens">
    <w:name w:val="Intense Emphasis"/>
    <w:basedOn w:val="Fontdeparagrafimplicit"/>
    <w:uiPriority w:val="21"/>
    <w:qFormat/>
    <w:rsid w:val="00FC693F"/>
    <w:rPr>
      <w:b/>
      <w:bCs/>
      <w:i/>
      <w:iCs/>
      <w:color w:val="4F81BD" w:themeColor="accent1"/>
    </w:rPr>
  </w:style>
  <w:style w:type="character" w:styleId="Referiresubtil">
    <w:name w:val="Subtle Reference"/>
    <w:basedOn w:val="Fontdeparagrafimplicit"/>
    <w:uiPriority w:val="31"/>
    <w:qFormat/>
    <w:rsid w:val="00FC693F"/>
    <w:rPr>
      <w:smallCaps/>
      <w:color w:val="C0504D" w:themeColor="accent2"/>
      <w:u w:val="single"/>
    </w:rPr>
  </w:style>
  <w:style w:type="character" w:styleId="Referireintens">
    <w:name w:val="Intense Reference"/>
    <w:basedOn w:val="Fontdeparagrafimplici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itlulcrii">
    <w:name w:val="Book Title"/>
    <w:basedOn w:val="Fontdeparagrafimplicit"/>
    <w:uiPriority w:val="33"/>
    <w:qFormat/>
    <w:rsid w:val="00FC693F"/>
    <w:rPr>
      <w:b/>
      <w:bCs/>
      <w:smallCaps/>
      <w:spacing w:val="5"/>
    </w:rPr>
  </w:style>
  <w:style w:type="paragraph" w:styleId="Titlucuprins">
    <w:name w:val="TOC Heading"/>
    <w:basedOn w:val="Titlu1"/>
    <w:next w:val="Normal"/>
    <w:uiPriority w:val="39"/>
    <w:semiHidden/>
    <w:unhideWhenUsed/>
    <w:qFormat/>
    <w:rsid w:val="00FC693F"/>
    <w:pPr>
      <w:outlineLvl w:val="9"/>
    </w:pPr>
  </w:style>
  <w:style w:type="table" w:styleId="Tabelgril">
    <w:name w:val="Table Grid"/>
    <w:basedOn w:val="Tabel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Umbriredeculoaredeschis">
    <w:name w:val="Light Shading"/>
    <w:basedOn w:val="Tabel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Umbriredeculoaredeschis-Accentuare1">
    <w:name w:val="Light Shading Accent 1"/>
    <w:basedOn w:val="Tabel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Umbriredeculoaredeschis-Accentuare2">
    <w:name w:val="Light Shading Accent 2"/>
    <w:basedOn w:val="Tabel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Umbriredeculoaredeschis-Accentuare3">
    <w:name w:val="Light Shading Accent 3"/>
    <w:basedOn w:val="Tabel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Umbriredeculoaredeschis-Accentuare4">
    <w:name w:val="Light Shading Accent 4"/>
    <w:basedOn w:val="Tabel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Umbriredeculoaredeschis-Accentuare5">
    <w:name w:val="Light Shading Accent 5"/>
    <w:basedOn w:val="Tabel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Umbriredeculoaredeschis-Accentuare6">
    <w:name w:val="Light Shading Accent 6"/>
    <w:basedOn w:val="Tabel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stdeculoaredeschis">
    <w:name w:val="Light List"/>
    <w:basedOn w:val="Tabel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stdeculoaredeschis-Accentuare1">
    <w:name w:val="Light List Accent 1"/>
    <w:basedOn w:val="Tabel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stdeculoaredeschis-Accentuare2">
    <w:name w:val="Light List Accent 2"/>
    <w:basedOn w:val="Tabel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stdeculoaredeschis-Accentuare3">
    <w:name w:val="Light List Accent 3"/>
    <w:basedOn w:val="Tabel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stdeculoaredeschis-Accentuare4">
    <w:name w:val="Light List Accent 4"/>
    <w:basedOn w:val="Tabel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stdeculoaredeschis-Accentuare5">
    <w:name w:val="Light List Accent 5"/>
    <w:basedOn w:val="Tabel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stdeculoaredeschis-Accentuare6">
    <w:name w:val="Light List Accent 6"/>
    <w:basedOn w:val="Tabel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Grildeculoaredeschis">
    <w:name w:val="Light Grid"/>
    <w:basedOn w:val="Tabel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Grildeculoaredeschis-Accentuare1">
    <w:name w:val="Light Grid Accent 1"/>
    <w:basedOn w:val="Tabel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Grildeculoaredeschis-Accentuare2">
    <w:name w:val="Light Grid Accent 2"/>
    <w:basedOn w:val="Tabel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Grildeculoaredeschis-Accentuare3">
    <w:name w:val="Light Grid Accent 3"/>
    <w:basedOn w:val="Tabel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Grildeculoaredeschis-Accentuare4">
    <w:name w:val="Light Grid Accent 4"/>
    <w:basedOn w:val="Tabel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Grildeculoaredeschis-Accentuare5">
    <w:name w:val="Light Grid Accent 5"/>
    <w:basedOn w:val="Tabel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Grildeculoaredeschis-Accentuare6">
    <w:name w:val="Light Grid Accent 6"/>
    <w:basedOn w:val="Tabel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Umbriremedie1">
    <w:name w:val="Medium Shading 1"/>
    <w:basedOn w:val="Tabel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Umbriremedie1-Accentuare1">
    <w:name w:val="Medium Shading 1 Accent 1"/>
    <w:basedOn w:val="Tabel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Umbriremedie1-Accentuare2">
    <w:name w:val="Medium Shading 1 Accent 2"/>
    <w:basedOn w:val="Tabel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Umbriremedie1-Accentuare3">
    <w:name w:val="Medium Shading 1 Accent 3"/>
    <w:basedOn w:val="Tabel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Umbriremedie1-Accentuare4">
    <w:name w:val="Medium Shading 1 Accent 4"/>
    <w:basedOn w:val="Tabel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Umbriremedie1-Accentuare5">
    <w:name w:val="Medium Shading 1 Accent 5"/>
    <w:basedOn w:val="Tabel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Umbriremedie1-Accentuare6">
    <w:name w:val="Medium Shading 1 Accent 6"/>
    <w:basedOn w:val="Tabel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Umbriremedie2">
    <w:name w:val="Medium Shading 2"/>
    <w:basedOn w:val="Tabel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Umbriremedie2-Accentuare1">
    <w:name w:val="Medium Shading 2 Accent 1"/>
    <w:basedOn w:val="Tabel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Umbriremedie2-Accentuare2">
    <w:name w:val="Medium Shading 2 Accent 2"/>
    <w:basedOn w:val="Tabel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Umbriremedie2-Accentuare3">
    <w:name w:val="Medium Shading 2 Accent 3"/>
    <w:basedOn w:val="Tabel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Umbriremedie2-Accentuare4">
    <w:name w:val="Medium Shading 2 Accent 4"/>
    <w:basedOn w:val="Tabel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Umbriremedie2-Accentuare5">
    <w:name w:val="Medium Shading 2 Accent 5"/>
    <w:basedOn w:val="Tabel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Umbriremedie2-Accentuare6">
    <w:name w:val="Medium Shading 2 Accent 6"/>
    <w:basedOn w:val="Tabel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Listmedie1">
    <w:name w:val="Medium List 1"/>
    <w:basedOn w:val="Tabel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Listmedie1-Accentuare1">
    <w:name w:val="Medium List 1 Accent 1"/>
    <w:basedOn w:val="Tabel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Listmedie1-Accentuare2">
    <w:name w:val="Medium List 1 Accent 2"/>
    <w:basedOn w:val="Tabel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Listmedie1-Accentuare3">
    <w:name w:val="Medium List 1 Accent 3"/>
    <w:basedOn w:val="Tabel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Listmedie1-Accentuare4">
    <w:name w:val="Medium List 1 Accent 4"/>
    <w:basedOn w:val="Tabel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Listmedie1-Accentuare5">
    <w:name w:val="Medium List 1 Accent 5"/>
    <w:basedOn w:val="Tabel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Listmedie1-Accentuare6">
    <w:name w:val="Medium List 1 Accent 6"/>
    <w:basedOn w:val="Tabel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Listmedie2">
    <w:name w:val="Medium List 2"/>
    <w:basedOn w:val="Tabel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medie2-Accentuare1">
    <w:name w:val="Medium List 2 Accent 1"/>
    <w:basedOn w:val="Tabel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medie2-Accentuare2">
    <w:name w:val="Medium List 2 Accent 2"/>
    <w:basedOn w:val="Tabel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medie2-Accentuare3">
    <w:name w:val="Medium List 2 Accent 3"/>
    <w:basedOn w:val="Tabel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medie2-Accentuare4">
    <w:name w:val="Medium List 2 Accent 4"/>
    <w:basedOn w:val="Tabel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medie2-Accentuare5">
    <w:name w:val="Medium List 2 Accent 5"/>
    <w:basedOn w:val="Tabel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medie2-Accentuare6">
    <w:name w:val="Medium List 2 Accent 6"/>
    <w:basedOn w:val="Tabel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Grilmedie1">
    <w:name w:val="Medium Grid 1"/>
    <w:basedOn w:val="Tabel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ilmedie1-Accentuare1">
    <w:name w:val="Medium Grid 1 Accent 1"/>
    <w:basedOn w:val="Tabel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ilmedie1-Accentuare2">
    <w:name w:val="Medium Grid 1 Accent 2"/>
    <w:basedOn w:val="Tabel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ilmedie1-Accentuare3">
    <w:name w:val="Medium Grid 1 Accent 3"/>
    <w:basedOn w:val="Tabel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ilmedie1-Accentuare4">
    <w:name w:val="Medium Grid 1 Accent 4"/>
    <w:basedOn w:val="Tabel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ilmedie1-Accentuare5">
    <w:name w:val="Medium Grid 1 Accent 5"/>
    <w:basedOn w:val="Tabel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ilmedie1-Accentuare6">
    <w:name w:val="Medium Grid 1 Accent 6"/>
    <w:basedOn w:val="Tabel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Grilmedie2">
    <w:name w:val="Medium Grid 2"/>
    <w:basedOn w:val="Tabel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lmedie2-Accentuare1">
    <w:name w:val="Medium Grid 2 Accent 1"/>
    <w:basedOn w:val="Tabel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lmedie2-Accentuare2">
    <w:name w:val="Medium Grid 2 Accent 2"/>
    <w:basedOn w:val="Tabel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lmedie2-Accentuare3">
    <w:name w:val="Medium Grid 2 Accent 3"/>
    <w:basedOn w:val="Tabel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lmedie2-Accentuare4">
    <w:name w:val="Medium Grid 2 Accent 4"/>
    <w:basedOn w:val="Tabel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lmedie2-Accentuare5">
    <w:name w:val="Medium Grid 2 Accent 5"/>
    <w:basedOn w:val="Tabel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lmedie2-Accentuare6">
    <w:name w:val="Medium Grid 2 Accent 6"/>
    <w:basedOn w:val="Tabel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lmedie3">
    <w:name w:val="Medium Grid 3"/>
    <w:basedOn w:val="Tabel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Grilmedie3-Accentuare1">
    <w:name w:val="Medium Grid 3 Accent 1"/>
    <w:basedOn w:val="Tabel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Grilmedie3-Accentuare2">
    <w:name w:val="Medium Grid 3 Accent 2"/>
    <w:basedOn w:val="Tabel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Grilmedie3-Accentuare3">
    <w:name w:val="Medium Grid 3 Accent 3"/>
    <w:basedOn w:val="Tabel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Grilmedie3-Accentuare4">
    <w:name w:val="Medium Grid 3 Accent 4"/>
    <w:basedOn w:val="Tabel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Grilmedie3-Accentuare5">
    <w:name w:val="Medium Grid 3 Accent 5"/>
    <w:basedOn w:val="Tabel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Grilmedie3-Accentuare6">
    <w:name w:val="Medium Grid 3 Accent 6"/>
    <w:basedOn w:val="Tabel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Listdeculoarenchis">
    <w:name w:val="Dark List"/>
    <w:basedOn w:val="Tabel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Listdeculoarenchis-Accentuare1">
    <w:name w:val="Dark List Accent 1"/>
    <w:basedOn w:val="Tabel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Listdeculoarenchis-Accentuare2">
    <w:name w:val="Dark List Accent 2"/>
    <w:basedOn w:val="Tabel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Listdeculoarenchis-Accentuare3">
    <w:name w:val="Dark List Accent 3"/>
    <w:basedOn w:val="Tabel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Listdeculoarenchis-Accentuare4">
    <w:name w:val="Dark List Accent 4"/>
    <w:basedOn w:val="Tabel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Listdeculoarenchis-Accentuare5">
    <w:name w:val="Dark List Accent 5"/>
    <w:basedOn w:val="Tabel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Listdeculoarenchis-Accentuare6">
    <w:name w:val="Dark List Accent 6"/>
    <w:basedOn w:val="Tabel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Umbrirecolorat">
    <w:name w:val="Colorful Shading"/>
    <w:basedOn w:val="Tabel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Umbrirecolorat-Accentuare1">
    <w:name w:val="Colorful Shading Accent 1"/>
    <w:basedOn w:val="Tabel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Umbrirecolorat-Accentuare2">
    <w:name w:val="Colorful Shading Accent 2"/>
    <w:basedOn w:val="Tabel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Umbrirecolorat-Accentuare3">
    <w:name w:val="Colorful Shading Accent 3"/>
    <w:basedOn w:val="Tabel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Umbrirecolorat-Accentuare4">
    <w:name w:val="Colorful Shading Accent 4"/>
    <w:basedOn w:val="Tabel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Umbrirecolorat-Accentuare5">
    <w:name w:val="Colorful Shading Accent 5"/>
    <w:basedOn w:val="Tabel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Umbrirecolorat-Accentuare6">
    <w:name w:val="Colorful Shading Accent 6"/>
    <w:basedOn w:val="Tabel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Listcolorat">
    <w:name w:val="Colorful List"/>
    <w:basedOn w:val="Tabel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colorat-Accentuare1">
    <w:name w:val="Colorful List Accent 1"/>
    <w:basedOn w:val="Tabel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Listcolorat-Accentuare2">
    <w:name w:val="Colorful List Accent 2"/>
    <w:basedOn w:val="Tabel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colorat-Accentuare3">
    <w:name w:val="Colorful List Accent 3"/>
    <w:basedOn w:val="Tabel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Listcolorat-Accentuare4">
    <w:name w:val="Colorful List Accent 4"/>
    <w:basedOn w:val="Tabel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Listcolorat-Accentuare5">
    <w:name w:val="Colorful List Accent 5"/>
    <w:basedOn w:val="Tabel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Listcolorat-Accentuare6">
    <w:name w:val="Colorful List Accent 6"/>
    <w:basedOn w:val="Tabel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Grilcolorat">
    <w:name w:val="Colorful Grid"/>
    <w:basedOn w:val="Tabel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ilcolorat-Accentuare1">
    <w:name w:val="Colorful Grid Accent 1"/>
    <w:basedOn w:val="Tabel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ilcolorat-Accentuare2">
    <w:name w:val="Colorful Grid Accent 2"/>
    <w:basedOn w:val="Tabel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ilcolorat-Accentuare3">
    <w:name w:val="Colorful Grid Accent 3"/>
    <w:basedOn w:val="Tabel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ilcolorat-Accentuare4">
    <w:name w:val="Colorful Grid Accent 4"/>
    <w:basedOn w:val="Tabel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ilcolorat-Accentuare5">
    <w:name w:val="Colorful Grid Accent 5"/>
    <w:basedOn w:val="Tabel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ilcolorat-Accentuare6">
    <w:name w:val="Colorful Grid Accent 6"/>
    <w:basedOn w:val="Tabel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Relationship Id="rIdStema" Type="http://schemas.openxmlformats.org/officeDocument/2006/relationships/image" Target="media/stema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211</Words>
  <Characters>1207</Characters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1416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terms:created xsi:type="dcterms:W3CDTF">2013-12-23T23:15:00Z</dcterms:created>
  <dcterms:modified xsi:type="dcterms:W3CDTF">2026-08-24T15:42:00Z</dcterms:modified>
  <cp:category/>
</cp:coreProperties>
</file>