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 xml:space="preserve">Suceava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D5B7E26" w14:textId="77777777" w:rsidR="00846492" w:rsidRDefault="00846492">
            <w:pPr>
              <w:keepNext/>
            </w:pPr>
            <w:r>
              <w:t xml:space="preserve">Comuna Ipotești</w:t>
            </w: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9271510" w14:textId="77777777" w:rsidR="00846492" w:rsidRDefault="00846492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lit. b)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footerReference w:type="first" r:id="rId10"/>
          <w:pgSz w:w="11906" w:h="16838"/>
          <w:pgMar w:top="450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baie;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450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450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 xml:space="preserve">) 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unifamiliale</w:t>
            </w:r>
            <w:r w:rsidRPr="003869B3">
              <w:rPr>
                <w:sz w:val="16"/>
                <w:lang w:val="fr-FR"/>
              </w:rPr>
              <w:t>)</w:t>
            </w:r>
            <w:r w:rsidR="00000000" w:rsidRPr="003869B3">
              <w:rPr>
                <w:sz w:val="16"/>
                <w:lang w:val="fr-FR"/>
              </w:rPr>
              <w:t xml:space="preserve">   </w:t>
            </w:r>
            <w:r w:rsidR="00000000">
              <w:rPr>
                <w:sz w:val="16"/>
              </w:rPr>
              <w:t xml:space="preserve">☐ </w:t>
            </w:r>
            <w:proofErr w:type="spellStart"/>
            <w:r w:rsidR="00000000">
              <w:rPr>
                <w:sz w:val="16"/>
              </w:rPr>
              <w:t>dovada</w:t>
            </w:r>
            <w:proofErr w:type="spellEnd"/>
            <w:r w:rsidR="00000000">
              <w:rPr>
                <w:sz w:val="16"/>
              </w:rPr>
              <w:t xml:space="preserve"> </w:t>
            </w:r>
            <w:proofErr w:type="spellStart"/>
            <w:r w:rsidR="00000000">
              <w:rPr>
                <w:sz w:val="16"/>
              </w:rPr>
              <w:t>plății</w:t>
            </w:r>
            <w:proofErr w:type="spellEnd"/>
            <w:r w:rsidR="00000000">
              <w:rPr>
                <w:sz w:val="16"/>
              </w:rPr>
              <w:t xml:space="preserve"> </w:t>
            </w:r>
            <w:proofErr w:type="spellStart"/>
            <w:r w:rsidR="00000000"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de e-mail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02783" w14:textId="77777777" w:rsidR="001A55CA" w:rsidRDefault="001A55CA">
      <w:r>
        <w:separator/>
      </w:r>
    </w:p>
  </w:endnote>
  <w:endnote w:type="continuationSeparator" w:id="0">
    <w:p w14:paraId="109C2EC7" w14:textId="77777777" w:rsidR="001A55CA" w:rsidRDefault="001A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09DC" w14:textId="77777777" w:rsidR="001A55CA" w:rsidRDefault="001A55CA">
      <w:r>
        <w:separator/>
      </w:r>
    </w:p>
  </w:footnote>
  <w:footnote w:type="continuationSeparator" w:id="0">
    <w:p w14:paraId="11DA1E5B" w14:textId="77777777" w:rsidR="001A55CA" w:rsidRDefault="001A5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855</Words>
  <Characters>4879</Characters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2026-08-24T16:42:00Z</dcterms:modified>
  <cp:category/>
</cp:coreProperties>
</file>