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 xml:space="preserve">Suceava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9DA699B" w14:textId="77777777" w:rsidR="00A93F43" w:rsidRDefault="00A93F43">
            <w:pPr>
              <w:keepNext/>
            </w:pPr>
            <w:r>
              <w:t xml:space="preserve">Comuna Ipotești</w:t>
            </w: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6A86513" w14:textId="77777777" w:rsidR="00A93F43" w:rsidRDefault="00A93F4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F4E7" w14:textId="77777777" w:rsidR="00D16FF9" w:rsidRDefault="00D16FF9">
      <w:r>
        <w:separator/>
      </w:r>
    </w:p>
  </w:endnote>
  <w:endnote w:type="continuationSeparator" w:id="0">
    <w:p w14:paraId="46A57D59" w14:textId="77777777" w:rsidR="00D16FF9" w:rsidRDefault="00D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4270B" w14:textId="77777777" w:rsidR="00D16FF9" w:rsidRDefault="00D16FF9">
      <w:r>
        <w:separator/>
      </w:r>
    </w:p>
  </w:footnote>
  <w:footnote w:type="continuationSeparator" w:id="0">
    <w:p w14:paraId="34A30B1C" w14:textId="77777777" w:rsidR="00D16FF9" w:rsidRDefault="00D1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008"/>
    <w:rsid w:val="0015074B"/>
    <w:rsid w:val="0029639D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2026-08-24T15:37:00Z</dcterms:modified>
  <cp:category/>
</cp:coreProperties>
</file>